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_rels/document.xml.rels" ContentType="application/vnd.openxmlformats-package.relationships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pacing w:before="0" w:after="40"/>
        <w:jc w:val="center"/>
        <w:rPr>
          <w:b/>
          <w:b/>
          <w:color w:val="1F4E79"/>
          <w:sz w:val="30"/>
        </w:rPr>
      </w:pPr>
      <w:r>
        <w:rPr/>
      </w:r>
    </w:p>
    <w:p>
      <w:pPr>
        <w:pStyle w:val="Normal"/>
        <w:spacing w:before="0" w:after="100"/>
        <w:jc w:val="center"/>
        <w:rPr/>
      </w:pPr>
      <w:r>
        <w:rPr/>
      </w:r>
    </w:p>
    <w:p>
      <w:pPr>
        <w:pStyle w:val="Normal"/>
        <w:spacing w:before="0" w:after="20"/>
        <w:rPr/>
      </w:pPr>
      <w:r>
        <w:rPr/>
      </w:r>
    </w:p>
    <w:tbl>
      <w:tblPr>
        <w:tblStyle w:val="Tabelacomgrade"/>
        <w:tblW w:w="14326" w:type="dxa"/>
        <w:jc w:val="center"/>
        <w:tblInd w:w="0" w:type="dxa"/>
        <w:tblLayout w:type="fixed"/>
        <w:tblCellMar>
          <w:top w:w="35" w:type="dxa"/>
          <w:left w:w="45" w:type="dxa"/>
          <w:bottom w:w="35" w:type="dxa"/>
          <w:right w:w="45" w:type="dxa"/>
        </w:tblCellMar>
        <w:tblLook w:firstRow="1" w:noVBand="1" w:lastRow="0" w:firstColumn="1" w:lastColumn="0" w:noHBand="0" w:val="04a0"/>
      </w:tblPr>
      <w:tblGrid>
        <w:gridCol w:w="2995"/>
        <w:gridCol w:w="3888"/>
        <w:gridCol w:w="1679"/>
        <w:gridCol w:w="1277"/>
        <w:gridCol w:w="1098"/>
        <w:gridCol w:w="1588"/>
        <w:gridCol w:w="1800"/>
      </w:tblGrid>
      <w:tr>
        <w:trPr>
          <w:tblHeader w:val="true"/>
          <w:trHeight w:val="405" w:hRule="atLeast"/>
        </w:trPr>
        <w:tc>
          <w:tcPr>
            <w:tcW w:w="2995" w:type="dxa"/>
            <w:tcBorders>
              <w:top w:val="single" w:sz="6" w:space="0" w:color="7F7F7F"/>
              <w:left w:val="single" w:sz="6" w:space="0" w:color="7F7F7F"/>
              <w:bottom w:val="single" w:sz="6" w:space="0" w:color="7F7F7F"/>
              <w:right w:val="single" w:sz="6" w:space="0" w:color="7F7F7F"/>
            </w:tcBorders>
            <w:shd w:fill="FFBF00" w:val="clear"/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eastAsia="ＭＳ 明朝" w:cs=""/>
                <w:color w:val="000000"/>
                <w:kern w:val="0"/>
                <w:sz w:val="24"/>
                <w:szCs w:val="24"/>
                <w:lang w:val="en-US" w:eastAsia="en-US" w:bidi="ar-SA"/>
              </w:rPr>
            </w:pPr>
            <w:r>
              <w:rPr>
                <w:rFonts w:eastAsia="ＭＳ 明朝" w:cs="" w:ascii="Times New Roman" w:hAnsi="Times New Roman"/>
                <w:b/>
                <w:color w:val="000000"/>
                <w:kern w:val="0"/>
                <w:sz w:val="24"/>
                <w:szCs w:val="24"/>
                <w:lang w:val="en-US" w:eastAsia="en-US" w:bidi="ar-SA"/>
              </w:rPr>
              <w:t xml:space="preserve">Nome do imóvel </w:t>
            </w:r>
          </w:p>
        </w:tc>
        <w:tc>
          <w:tcPr>
            <w:tcW w:w="3888" w:type="dxa"/>
            <w:tcBorders>
              <w:top w:val="single" w:sz="6" w:space="0" w:color="7F7F7F"/>
              <w:left w:val="single" w:sz="6" w:space="0" w:color="7F7F7F"/>
              <w:bottom w:val="single" w:sz="6" w:space="0" w:color="7F7F7F"/>
              <w:right w:val="single" w:sz="6" w:space="0" w:color="7F7F7F"/>
            </w:tcBorders>
            <w:shd w:fill="FFBF00" w:val="clear"/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eastAsia="ＭＳ 明朝" w:cs=""/>
                <w:color w:val="000000"/>
                <w:kern w:val="0"/>
                <w:sz w:val="24"/>
                <w:szCs w:val="24"/>
                <w:lang w:val="en-US" w:eastAsia="en-US" w:bidi="ar-SA"/>
              </w:rPr>
            </w:pPr>
            <w:r>
              <w:rPr>
                <w:rFonts w:eastAsia="ＭＳ 明朝" w:cs="" w:ascii="Times New Roman" w:hAnsi="Times New Roman"/>
                <w:b/>
                <w:color w:val="000000"/>
                <w:kern w:val="0"/>
                <w:sz w:val="24"/>
                <w:szCs w:val="24"/>
                <w:lang w:val="en-US" w:eastAsia="en-US" w:bidi="ar-SA"/>
              </w:rPr>
              <w:t>Endereço</w:t>
            </w:r>
          </w:p>
        </w:tc>
        <w:tc>
          <w:tcPr>
            <w:tcW w:w="1679" w:type="dxa"/>
            <w:tcBorders>
              <w:top w:val="single" w:sz="6" w:space="0" w:color="7F7F7F"/>
              <w:left w:val="single" w:sz="6" w:space="0" w:color="7F7F7F"/>
              <w:bottom w:val="single" w:sz="6" w:space="0" w:color="7F7F7F"/>
              <w:right w:val="single" w:sz="6" w:space="0" w:color="7F7F7F"/>
            </w:tcBorders>
            <w:shd w:fill="FFBF00" w:val="clear"/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eastAsia="ＭＳ 明朝" w:cs=""/>
                <w:color w:val="000000"/>
                <w:kern w:val="0"/>
                <w:sz w:val="24"/>
                <w:szCs w:val="24"/>
                <w:lang w:val="en-US" w:eastAsia="en-US" w:bidi="ar-SA"/>
              </w:rPr>
            </w:pPr>
            <w:r>
              <w:rPr>
                <w:rFonts w:eastAsia="ＭＳ 明朝" w:cs="" w:ascii="Times New Roman" w:hAnsi="Times New Roman"/>
                <w:b/>
                <w:color w:val="000000"/>
                <w:kern w:val="0"/>
                <w:sz w:val="24"/>
                <w:szCs w:val="24"/>
                <w:lang w:val="en-US" w:eastAsia="en-US" w:bidi="ar-SA"/>
              </w:rPr>
              <w:t>CEP</w:t>
            </w:r>
          </w:p>
        </w:tc>
        <w:tc>
          <w:tcPr>
            <w:tcW w:w="1277" w:type="dxa"/>
            <w:tcBorders>
              <w:top w:val="single" w:sz="6" w:space="0" w:color="7F7F7F"/>
              <w:left w:val="single" w:sz="6" w:space="0" w:color="7F7F7F"/>
              <w:bottom w:val="single" w:sz="6" w:space="0" w:color="7F7F7F"/>
              <w:right w:val="single" w:sz="6" w:space="0" w:color="7F7F7F"/>
            </w:tcBorders>
            <w:shd w:fill="FFBF00" w:val="clear"/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eastAsia="ＭＳ 明朝" w:cs=""/>
                <w:color w:val="000000"/>
                <w:kern w:val="0"/>
                <w:sz w:val="24"/>
                <w:szCs w:val="24"/>
                <w:lang w:val="en-US" w:eastAsia="en-US" w:bidi="ar-SA"/>
              </w:rPr>
            </w:pPr>
            <w:r>
              <w:rPr>
                <w:rFonts w:eastAsia="ＭＳ 明朝" w:cs="" w:ascii="Times New Roman" w:hAnsi="Times New Roman"/>
                <w:b/>
                <w:color w:val="000000"/>
                <w:kern w:val="0"/>
                <w:sz w:val="24"/>
                <w:szCs w:val="24"/>
                <w:lang w:val="en-US" w:eastAsia="en-US" w:bidi="ar-SA"/>
              </w:rPr>
              <w:t>Escritura Pública</w:t>
            </w:r>
          </w:p>
        </w:tc>
        <w:tc>
          <w:tcPr>
            <w:tcW w:w="1098" w:type="dxa"/>
            <w:tcBorders>
              <w:top w:val="single" w:sz="6" w:space="0" w:color="7F7F7F"/>
              <w:left w:val="single" w:sz="6" w:space="0" w:color="7F7F7F"/>
              <w:bottom w:val="single" w:sz="6" w:space="0" w:color="7F7F7F"/>
              <w:right w:val="single" w:sz="6" w:space="0" w:color="7F7F7F"/>
            </w:tcBorders>
            <w:shd w:fill="FFBF00" w:val="clear"/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eastAsia="ＭＳ 明朝" w:cs=""/>
                <w:color w:val="000000"/>
                <w:kern w:val="0"/>
                <w:sz w:val="24"/>
                <w:szCs w:val="24"/>
                <w:lang w:val="en-US" w:eastAsia="en-US" w:bidi="ar-SA"/>
              </w:rPr>
            </w:pPr>
            <w:r>
              <w:rPr>
                <w:rFonts w:eastAsia="ＭＳ 明朝" w:cs="" w:ascii="Times New Roman" w:hAnsi="Times New Roman"/>
                <w:b/>
                <w:color w:val="000000"/>
                <w:kern w:val="0"/>
                <w:sz w:val="24"/>
                <w:szCs w:val="24"/>
                <w:lang w:val="en-US" w:eastAsia="en-US" w:bidi="ar-SA"/>
              </w:rPr>
              <w:t>Habite-se</w:t>
            </w:r>
          </w:p>
        </w:tc>
        <w:tc>
          <w:tcPr>
            <w:tcW w:w="1588" w:type="dxa"/>
            <w:tcBorders>
              <w:top w:val="single" w:sz="6" w:space="0" w:color="7F7F7F"/>
              <w:left w:val="single" w:sz="6" w:space="0" w:color="7F7F7F"/>
              <w:bottom w:val="single" w:sz="6" w:space="0" w:color="7F7F7F"/>
              <w:right w:val="single" w:sz="6" w:space="0" w:color="7F7F7F"/>
            </w:tcBorders>
            <w:shd w:fill="FFBF00" w:val="clear"/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eastAsia="ＭＳ 明朝" w:cs=""/>
                <w:color w:val="000000"/>
                <w:kern w:val="0"/>
                <w:sz w:val="24"/>
                <w:szCs w:val="24"/>
                <w:lang w:val="en-US" w:eastAsia="en-US" w:bidi="ar-SA"/>
              </w:rPr>
            </w:pPr>
            <w:r>
              <w:rPr>
                <w:rFonts w:eastAsia="ＭＳ 明朝" w:cs="" w:ascii="Times New Roman" w:hAnsi="Times New Roman"/>
                <w:b/>
                <w:color w:val="000000"/>
                <w:kern w:val="0"/>
                <w:sz w:val="24"/>
                <w:szCs w:val="24"/>
                <w:lang w:val="en-US" w:eastAsia="en-US" w:bidi="ar-SA"/>
              </w:rPr>
              <w:t>Laudo do Corpo de Bombeiros</w:t>
            </w:r>
          </w:p>
        </w:tc>
        <w:tc>
          <w:tcPr>
            <w:tcW w:w="1800" w:type="dxa"/>
            <w:tcBorders>
              <w:top w:val="single" w:sz="6" w:space="0" w:color="7F7F7F"/>
              <w:left w:val="single" w:sz="6" w:space="0" w:color="7F7F7F"/>
              <w:bottom w:val="single" w:sz="6" w:space="0" w:color="7F7F7F"/>
              <w:right w:val="single" w:sz="6" w:space="0" w:color="7F7F7F"/>
            </w:tcBorders>
            <w:shd w:fill="FFBF00" w:val="clear"/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eastAsia="ＭＳ 明朝" w:cs=""/>
                <w:color w:val="000000"/>
                <w:kern w:val="0"/>
                <w:sz w:val="24"/>
                <w:szCs w:val="24"/>
                <w:lang w:val="en-US" w:eastAsia="en-US" w:bidi="ar-SA"/>
              </w:rPr>
            </w:pPr>
            <w:r>
              <w:rPr>
                <w:rFonts w:eastAsia="ＭＳ 明朝" w:cs="" w:ascii="Times New Roman" w:hAnsi="Times New Roman"/>
                <w:b/>
                <w:color w:val="000000"/>
                <w:kern w:val="0"/>
                <w:sz w:val="24"/>
                <w:szCs w:val="24"/>
                <w:lang w:val="en-US" w:eastAsia="en-US" w:bidi="ar-SA"/>
              </w:rPr>
              <w:t>Situação do Imóvel</w:t>
            </w:r>
          </w:p>
        </w:tc>
      </w:tr>
      <w:tr>
        <w:trPr>
          <w:trHeight w:val="345" w:hRule="atLeast"/>
        </w:trPr>
        <w:tc>
          <w:tcPr>
            <w:tcW w:w="2995" w:type="dxa"/>
            <w:tcBorders>
              <w:top w:val="single" w:sz="6" w:space="0" w:color="7F7F7F"/>
              <w:left w:val="single" w:sz="6" w:space="0" w:color="7F7F7F"/>
              <w:bottom w:val="single" w:sz="6" w:space="0" w:color="7F7F7F"/>
              <w:right w:val="single" w:sz="6" w:space="0" w:color="7F7F7F"/>
            </w:tcBorders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eastAsia="ＭＳ 明朝" w:cs=""/>
                <w:kern w:val="0"/>
                <w:sz w:val="24"/>
                <w:szCs w:val="24"/>
                <w:lang w:val="en-US" w:eastAsia="en-US" w:bidi="ar-SA"/>
              </w:rPr>
            </w:pPr>
            <w:r>
              <w:rPr>
                <w:rFonts w:eastAsia="ＭＳ 明朝" w:cs="" w:ascii="Times New Roman" w:hAnsi="Times New Roman"/>
                <w:kern w:val="0"/>
                <w:sz w:val="24"/>
                <w:szCs w:val="24"/>
                <w:lang w:val="en-US" w:eastAsia="en-US" w:bidi="ar-SA"/>
              </w:rPr>
              <w:t>Promotoria de Porto Calvo</w:t>
            </w:r>
          </w:p>
        </w:tc>
        <w:tc>
          <w:tcPr>
            <w:tcW w:w="3888" w:type="dxa"/>
            <w:tcBorders>
              <w:top w:val="single" w:sz="6" w:space="0" w:color="7F7F7F"/>
              <w:left w:val="single" w:sz="6" w:space="0" w:color="7F7F7F"/>
              <w:bottom w:val="single" w:sz="6" w:space="0" w:color="7F7F7F"/>
              <w:right w:val="single" w:sz="6" w:space="0" w:color="7F7F7F"/>
            </w:tcBorders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eastAsia="ＭＳ 明朝" w:cs=""/>
                <w:kern w:val="0"/>
                <w:sz w:val="24"/>
                <w:szCs w:val="24"/>
                <w:lang w:val="en-US" w:eastAsia="en-US" w:bidi="ar-SA"/>
              </w:rPr>
            </w:pPr>
            <w:r>
              <w:rPr>
                <w:rFonts w:eastAsia="ＭＳ 明朝" w:cs="" w:ascii="Times New Roman" w:hAnsi="Times New Roman"/>
                <w:kern w:val="0"/>
                <w:sz w:val="24"/>
                <w:szCs w:val="24"/>
                <w:lang w:val="en-US" w:eastAsia="en-US" w:bidi="ar-SA"/>
              </w:rPr>
              <w:t>Rua Professor Guedes de Miranda, s/n</w:t>
            </w:r>
          </w:p>
        </w:tc>
        <w:tc>
          <w:tcPr>
            <w:tcW w:w="1679" w:type="dxa"/>
            <w:tcBorders>
              <w:top w:val="single" w:sz="6" w:space="0" w:color="7F7F7F"/>
              <w:left w:val="single" w:sz="6" w:space="0" w:color="7F7F7F"/>
              <w:bottom w:val="single" w:sz="6" w:space="0" w:color="7F7F7F"/>
              <w:right w:val="single" w:sz="6" w:space="0" w:color="7F7F7F"/>
            </w:tcBorders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eastAsia="ＭＳ 明朝" w:cs=""/>
                <w:kern w:val="0"/>
                <w:sz w:val="24"/>
                <w:szCs w:val="24"/>
                <w:lang w:val="en-US" w:eastAsia="en-US" w:bidi="ar-SA"/>
              </w:rPr>
            </w:pPr>
            <w:r>
              <w:rPr>
                <w:rFonts w:eastAsia="ＭＳ 明朝" w:cs="" w:ascii="Times New Roman" w:hAnsi="Times New Roman"/>
                <w:kern w:val="0"/>
                <w:sz w:val="24"/>
                <w:szCs w:val="24"/>
                <w:lang w:val="en-US" w:eastAsia="en-US" w:bidi="ar-SA"/>
              </w:rPr>
              <w:t>57900-000</w:t>
            </w:r>
          </w:p>
        </w:tc>
        <w:tc>
          <w:tcPr>
            <w:tcW w:w="1277" w:type="dxa"/>
            <w:tcBorders>
              <w:top w:val="single" w:sz="6" w:space="0" w:color="7F7F7F"/>
              <w:left w:val="single" w:sz="6" w:space="0" w:color="7F7F7F"/>
              <w:bottom w:val="single" w:sz="6" w:space="0" w:color="7F7F7F"/>
              <w:right w:val="single" w:sz="6" w:space="0" w:color="7F7F7F"/>
            </w:tcBorders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color w:val="0563C1"/>
                <w:u w:val="single"/>
              </w:rPr>
            </w:pPr>
            <w:r>
              <w:rPr>
                <w:color w:val="0563C1"/>
                <w:u w:val="single"/>
              </w:rPr>
            </w:r>
          </w:p>
        </w:tc>
        <w:tc>
          <w:tcPr>
            <w:tcW w:w="1098" w:type="dxa"/>
            <w:tcBorders>
              <w:top w:val="single" w:sz="6" w:space="0" w:color="7F7F7F"/>
              <w:left w:val="single" w:sz="6" w:space="0" w:color="7F7F7F"/>
              <w:bottom w:val="single" w:sz="6" w:space="0" w:color="7F7F7F"/>
              <w:right w:val="single" w:sz="6" w:space="0" w:color="7F7F7F"/>
            </w:tcBorders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color w:val="0563C1"/>
                <w:u w:val="single"/>
              </w:rPr>
            </w:pPr>
            <w:r>
              <w:rPr>
                <w:color w:val="0563C1"/>
                <w:u w:val="single"/>
              </w:rPr>
            </w:r>
          </w:p>
        </w:tc>
        <w:tc>
          <w:tcPr>
            <w:tcW w:w="1588" w:type="dxa"/>
            <w:tcBorders>
              <w:top w:val="single" w:sz="6" w:space="0" w:color="7F7F7F"/>
              <w:left w:val="single" w:sz="6" w:space="0" w:color="7F7F7F"/>
              <w:bottom w:val="single" w:sz="6" w:space="0" w:color="7F7F7F"/>
              <w:right w:val="single" w:sz="6" w:space="0" w:color="7F7F7F"/>
            </w:tcBorders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color w:val="0563C1"/>
                <w:u w:val="single"/>
              </w:rPr>
            </w:pPr>
            <w:r>
              <w:rPr>
                <w:color w:val="0563C1"/>
                <w:u w:val="single"/>
              </w:rPr>
            </w:r>
          </w:p>
        </w:tc>
        <w:tc>
          <w:tcPr>
            <w:tcW w:w="1800" w:type="dxa"/>
            <w:tcBorders>
              <w:top w:val="single" w:sz="6" w:space="0" w:color="7F7F7F"/>
              <w:left w:val="single" w:sz="6" w:space="0" w:color="7F7F7F"/>
              <w:bottom w:val="single" w:sz="6" w:space="0" w:color="7F7F7F"/>
              <w:right w:val="single" w:sz="6" w:space="0" w:color="7F7F7F"/>
            </w:tcBorders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eastAsia="ＭＳ 明朝" w:cs=""/>
                <w:kern w:val="0"/>
                <w:sz w:val="24"/>
                <w:szCs w:val="24"/>
                <w:lang w:val="en-US" w:eastAsia="en-US" w:bidi="ar-SA"/>
              </w:rPr>
            </w:pPr>
            <w:r>
              <w:rPr>
                <w:rFonts w:eastAsia="ＭＳ 明朝" w:cs="" w:ascii="Times New Roman" w:hAnsi="Times New Roman"/>
                <w:kern w:val="0"/>
                <w:sz w:val="24"/>
                <w:szCs w:val="24"/>
                <w:lang w:val="en-US" w:eastAsia="en-US" w:bidi="ar-SA"/>
              </w:rPr>
              <w:t>Locado</w:t>
            </w:r>
          </w:p>
        </w:tc>
      </w:tr>
      <w:tr>
        <w:trPr>
          <w:trHeight w:val="345" w:hRule="atLeast"/>
        </w:trPr>
        <w:tc>
          <w:tcPr>
            <w:tcW w:w="2995" w:type="dxa"/>
            <w:tcBorders>
              <w:top w:val="single" w:sz="6" w:space="0" w:color="7F7F7F"/>
              <w:left w:val="single" w:sz="6" w:space="0" w:color="7F7F7F"/>
              <w:bottom w:val="single" w:sz="6" w:space="0" w:color="7F7F7F"/>
              <w:right w:val="single" w:sz="6" w:space="0" w:color="7F7F7F"/>
            </w:tcBorders>
            <w:shd w:color="auto" w:fill="F2F6FA" w:val="clear"/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eastAsia="ＭＳ 明朝" w:cs=""/>
                <w:kern w:val="0"/>
                <w:sz w:val="24"/>
                <w:szCs w:val="24"/>
                <w:lang w:val="en-US" w:eastAsia="en-US" w:bidi="ar-SA"/>
              </w:rPr>
            </w:pPr>
            <w:r>
              <w:rPr>
                <w:rFonts w:eastAsia="ＭＳ 明朝" w:cs="" w:ascii="Times New Roman" w:hAnsi="Times New Roman"/>
                <w:kern w:val="0"/>
                <w:sz w:val="24"/>
                <w:szCs w:val="24"/>
                <w:lang w:val="en-US" w:eastAsia="en-US" w:bidi="ar-SA"/>
              </w:rPr>
              <w:t>Promotoria de Rio Largo</w:t>
            </w:r>
          </w:p>
        </w:tc>
        <w:tc>
          <w:tcPr>
            <w:tcW w:w="3888" w:type="dxa"/>
            <w:tcBorders>
              <w:top w:val="single" w:sz="6" w:space="0" w:color="7F7F7F"/>
              <w:left w:val="single" w:sz="6" w:space="0" w:color="7F7F7F"/>
              <w:bottom w:val="single" w:sz="6" w:space="0" w:color="7F7F7F"/>
              <w:right w:val="single" w:sz="6" w:space="0" w:color="7F7F7F"/>
            </w:tcBorders>
            <w:shd w:color="auto" w:fill="F2F6FA" w:val="clear"/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eastAsia="ＭＳ 明朝" w:cs=""/>
                <w:kern w:val="0"/>
                <w:sz w:val="24"/>
                <w:szCs w:val="24"/>
                <w:lang w:val="en-US" w:eastAsia="en-US" w:bidi="ar-SA"/>
              </w:rPr>
            </w:pPr>
            <w:r>
              <w:rPr>
                <w:rFonts w:eastAsia="ＭＳ 明朝" w:cs="" w:ascii="Times New Roman" w:hAnsi="Times New Roman"/>
                <w:kern w:val="0"/>
                <w:sz w:val="24"/>
                <w:szCs w:val="24"/>
                <w:lang w:val="en-US" w:eastAsia="en-US" w:bidi="ar-SA"/>
              </w:rPr>
              <w:t>Av. Presidente Fernando A. Collor de Mello, nº 530</w:t>
            </w:r>
          </w:p>
        </w:tc>
        <w:tc>
          <w:tcPr>
            <w:tcW w:w="1679" w:type="dxa"/>
            <w:tcBorders>
              <w:top w:val="single" w:sz="6" w:space="0" w:color="7F7F7F"/>
              <w:left w:val="single" w:sz="6" w:space="0" w:color="7F7F7F"/>
              <w:bottom w:val="single" w:sz="6" w:space="0" w:color="7F7F7F"/>
              <w:right w:val="single" w:sz="6" w:space="0" w:color="7F7F7F"/>
            </w:tcBorders>
            <w:shd w:color="auto" w:fill="F2F6FA" w:val="clear"/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eastAsia="ＭＳ 明朝" w:cs=""/>
                <w:kern w:val="0"/>
                <w:sz w:val="24"/>
                <w:szCs w:val="24"/>
                <w:lang w:val="en-US" w:eastAsia="en-US" w:bidi="ar-SA"/>
              </w:rPr>
            </w:pPr>
            <w:r>
              <w:rPr>
                <w:rFonts w:eastAsia="ＭＳ 明朝" w:cs="" w:ascii="Times New Roman" w:hAnsi="Times New Roman"/>
                <w:kern w:val="0"/>
                <w:sz w:val="24"/>
                <w:szCs w:val="24"/>
                <w:lang w:val="en-US" w:eastAsia="en-US" w:bidi="ar-SA"/>
              </w:rPr>
              <w:t>57100-000</w:t>
            </w:r>
          </w:p>
        </w:tc>
        <w:tc>
          <w:tcPr>
            <w:tcW w:w="1277" w:type="dxa"/>
            <w:tcBorders>
              <w:top w:val="single" w:sz="6" w:space="0" w:color="7F7F7F"/>
              <w:left w:val="single" w:sz="6" w:space="0" w:color="7F7F7F"/>
              <w:bottom w:val="single" w:sz="6" w:space="0" w:color="7F7F7F"/>
              <w:right w:val="single" w:sz="6" w:space="0" w:color="7F7F7F"/>
            </w:tcBorders>
            <w:shd w:color="auto" w:fill="F2F6FA" w:val="clear"/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color w:val="0563C1"/>
                <w:u w:val="single"/>
              </w:rPr>
            </w:pPr>
            <w:r>
              <w:rPr>
                <w:color w:val="0563C1"/>
                <w:u w:val="single"/>
              </w:rPr>
            </w:r>
          </w:p>
        </w:tc>
        <w:tc>
          <w:tcPr>
            <w:tcW w:w="1098" w:type="dxa"/>
            <w:tcBorders>
              <w:top w:val="single" w:sz="6" w:space="0" w:color="7F7F7F"/>
              <w:left w:val="single" w:sz="6" w:space="0" w:color="7F7F7F"/>
              <w:bottom w:val="single" w:sz="6" w:space="0" w:color="7F7F7F"/>
              <w:right w:val="single" w:sz="6" w:space="0" w:color="7F7F7F"/>
            </w:tcBorders>
            <w:shd w:color="auto" w:fill="F2F6FA" w:val="clear"/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color w:val="0563C1"/>
                <w:u w:val="single"/>
              </w:rPr>
            </w:pPr>
            <w:r>
              <w:rPr>
                <w:color w:val="0563C1"/>
                <w:u w:val="single"/>
              </w:rPr>
            </w:r>
          </w:p>
        </w:tc>
        <w:tc>
          <w:tcPr>
            <w:tcW w:w="1588" w:type="dxa"/>
            <w:tcBorders>
              <w:top w:val="single" w:sz="6" w:space="0" w:color="7F7F7F"/>
              <w:left w:val="single" w:sz="6" w:space="0" w:color="7F7F7F"/>
              <w:bottom w:val="single" w:sz="6" w:space="0" w:color="7F7F7F"/>
              <w:right w:val="single" w:sz="6" w:space="0" w:color="7F7F7F"/>
            </w:tcBorders>
            <w:shd w:color="auto" w:fill="F2F6FA" w:val="clear"/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color w:val="0563C1"/>
                <w:u w:val="single"/>
              </w:rPr>
            </w:pPr>
            <w:r>
              <w:rPr>
                <w:color w:val="0563C1"/>
                <w:u w:val="single"/>
              </w:rPr>
            </w:r>
          </w:p>
        </w:tc>
        <w:tc>
          <w:tcPr>
            <w:tcW w:w="1800" w:type="dxa"/>
            <w:tcBorders>
              <w:top w:val="single" w:sz="6" w:space="0" w:color="7F7F7F"/>
              <w:left w:val="single" w:sz="6" w:space="0" w:color="7F7F7F"/>
              <w:bottom w:val="single" w:sz="6" w:space="0" w:color="7F7F7F"/>
              <w:right w:val="single" w:sz="6" w:space="0" w:color="7F7F7F"/>
            </w:tcBorders>
            <w:shd w:color="auto" w:fill="F2F6FA" w:val="clear"/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eastAsia="ＭＳ 明朝" w:cs=""/>
                <w:kern w:val="0"/>
                <w:sz w:val="24"/>
                <w:szCs w:val="24"/>
                <w:lang w:val="en-US" w:eastAsia="en-US" w:bidi="ar-SA"/>
              </w:rPr>
            </w:pPr>
            <w:r>
              <w:rPr>
                <w:rFonts w:eastAsia="ＭＳ 明朝" w:cs="" w:ascii="Times New Roman" w:hAnsi="Times New Roman"/>
                <w:kern w:val="0"/>
                <w:sz w:val="24"/>
                <w:szCs w:val="24"/>
                <w:lang w:val="en-US" w:eastAsia="en-US" w:bidi="ar-SA"/>
              </w:rPr>
              <w:t>Locado</w:t>
            </w:r>
          </w:p>
        </w:tc>
      </w:tr>
      <w:tr>
        <w:trPr>
          <w:trHeight w:val="345" w:hRule="atLeast"/>
        </w:trPr>
        <w:tc>
          <w:tcPr>
            <w:tcW w:w="2995" w:type="dxa"/>
            <w:tcBorders>
              <w:top w:val="single" w:sz="6" w:space="0" w:color="7F7F7F"/>
              <w:left w:val="single" w:sz="6" w:space="0" w:color="7F7F7F"/>
              <w:bottom w:val="single" w:sz="6" w:space="0" w:color="7F7F7F"/>
              <w:right w:val="single" w:sz="6" w:space="0" w:color="7F7F7F"/>
            </w:tcBorders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eastAsia="ＭＳ 明朝" w:cs=""/>
                <w:kern w:val="0"/>
                <w:sz w:val="24"/>
                <w:szCs w:val="24"/>
                <w:lang w:val="en-US" w:eastAsia="en-US" w:bidi="ar-SA"/>
              </w:rPr>
            </w:pPr>
            <w:r>
              <w:rPr>
                <w:rFonts w:eastAsia="ＭＳ 明朝" w:cs="" w:ascii="Times New Roman" w:hAnsi="Times New Roman"/>
                <w:kern w:val="0"/>
                <w:sz w:val="24"/>
                <w:szCs w:val="24"/>
                <w:lang w:val="en-US" w:eastAsia="en-US" w:bidi="ar-SA"/>
              </w:rPr>
              <w:t>Promotoria de Santana do Ipanema</w:t>
            </w:r>
          </w:p>
        </w:tc>
        <w:tc>
          <w:tcPr>
            <w:tcW w:w="3888" w:type="dxa"/>
            <w:tcBorders>
              <w:top w:val="single" w:sz="6" w:space="0" w:color="7F7F7F"/>
              <w:left w:val="single" w:sz="6" w:space="0" w:color="7F7F7F"/>
              <w:bottom w:val="single" w:sz="6" w:space="0" w:color="7F7F7F"/>
              <w:right w:val="single" w:sz="6" w:space="0" w:color="7F7F7F"/>
            </w:tcBorders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eastAsia="ＭＳ 明朝" w:cs=""/>
                <w:kern w:val="0"/>
                <w:sz w:val="24"/>
                <w:szCs w:val="24"/>
                <w:lang w:val="en-US" w:eastAsia="en-US" w:bidi="ar-SA"/>
              </w:rPr>
            </w:pPr>
            <w:r>
              <w:rPr>
                <w:rFonts w:eastAsia="ＭＳ 明朝" w:cs="" w:ascii="Times New Roman" w:hAnsi="Times New Roman"/>
                <w:kern w:val="0"/>
                <w:sz w:val="24"/>
                <w:szCs w:val="24"/>
                <w:lang w:val="en-US" w:eastAsia="en-US" w:bidi="ar-SA"/>
              </w:rPr>
              <w:t>Av. Nossa Senhora de Fátima, nº 239</w:t>
            </w:r>
          </w:p>
        </w:tc>
        <w:tc>
          <w:tcPr>
            <w:tcW w:w="1679" w:type="dxa"/>
            <w:tcBorders>
              <w:top w:val="single" w:sz="6" w:space="0" w:color="7F7F7F"/>
              <w:left w:val="single" w:sz="6" w:space="0" w:color="7F7F7F"/>
              <w:bottom w:val="single" w:sz="6" w:space="0" w:color="7F7F7F"/>
              <w:right w:val="single" w:sz="6" w:space="0" w:color="7F7F7F"/>
            </w:tcBorders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eastAsia="ＭＳ 明朝" w:cs=""/>
                <w:kern w:val="0"/>
                <w:sz w:val="24"/>
                <w:szCs w:val="24"/>
                <w:lang w:val="en-US" w:eastAsia="en-US" w:bidi="ar-SA"/>
              </w:rPr>
            </w:pPr>
            <w:r>
              <w:rPr>
                <w:rFonts w:eastAsia="ＭＳ 明朝" w:cs="" w:ascii="Times New Roman" w:hAnsi="Times New Roman"/>
                <w:kern w:val="0"/>
                <w:sz w:val="24"/>
                <w:szCs w:val="24"/>
                <w:lang w:val="en-US" w:eastAsia="en-US" w:bidi="ar-SA"/>
              </w:rPr>
              <w:t>57500-000</w:t>
            </w:r>
          </w:p>
        </w:tc>
        <w:tc>
          <w:tcPr>
            <w:tcW w:w="1277" w:type="dxa"/>
            <w:tcBorders>
              <w:top w:val="single" w:sz="6" w:space="0" w:color="7F7F7F"/>
              <w:left w:val="single" w:sz="6" w:space="0" w:color="7F7F7F"/>
              <w:bottom w:val="single" w:sz="6" w:space="0" w:color="7F7F7F"/>
              <w:right w:val="single" w:sz="6" w:space="0" w:color="7F7F7F"/>
            </w:tcBorders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color w:val="0563C1"/>
                <w:u w:val="single"/>
              </w:rPr>
            </w:pPr>
            <w:r>
              <w:rPr>
                <w:color w:val="0563C1"/>
                <w:u w:val="single"/>
              </w:rPr>
            </w:r>
          </w:p>
        </w:tc>
        <w:tc>
          <w:tcPr>
            <w:tcW w:w="1098" w:type="dxa"/>
            <w:tcBorders>
              <w:top w:val="single" w:sz="6" w:space="0" w:color="7F7F7F"/>
              <w:left w:val="single" w:sz="6" w:space="0" w:color="7F7F7F"/>
              <w:bottom w:val="single" w:sz="6" w:space="0" w:color="7F7F7F"/>
              <w:right w:val="single" w:sz="6" w:space="0" w:color="7F7F7F"/>
            </w:tcBorders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color w:val="0563C1"/>
                <w:u w:val="single"/>
              </w:rPr>
            </w:pPr>
            <w:r>
              <w:rPr>
                <w:color w:val="0563C1"/>
                <w:u w:val="single"/>
              </w:rPr>
            </w:r>
          </w:p>
        </w:tc>
        <w:tc>
          <w:tcPr>
            <w:tcW w:w="1588" w:type="dxa"/>
            <w:tcBorders>
              <w:top w:val="single" w:sz="6" w:space="0" w:color="7F7F7F"/>
              <w:left w:val="single" w:sz="6" w:space="0" w:color="7F7F7F"/>
              <w:bottom w:val="single" w:sz="6" w:space="0" w:color="7F7F7F"/>
              <w:right w:val="single" w:sz="6" w:space="0" w:color="7F7F7F"/>
            </w:tcBorders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color w:val="0563C1"/>
                <w:u w:val="single"/>
              </w:rPr>
            </w:pPr>
            <w:r>
              <w:rPr>
                <w:color w:val="0563C1"/>
                <w:u w:val="single"/>
              </w:rPr>
            </w:r>
          </w:p>
        </w:tc>
        <w:tc>
          <w:tcPr>
            <w:tcW w:w="1800" w:type="dxa"/>
            <w:tcBorders>
              <w:top w:val="single" w:sz="6" w:space="0" w:color="7F7F7F"/>
              <w:left w:val="single" w:sz="6" w:space="0" w:color="7F7F7F"/>
              <w:bottom w:val="single" w:sz="6" w:space="0" w:color="7F7F7F"/>
              <w:right w:val="single" w:sz="6" w:space="0" w:color="7F7F7F"/>
            </w:tcBorders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eastAsia="ＭＳ 明朝" w:cs=""/>
                <w:kern w:val="0"/>
                <w:sz w:val="24"/>
                <w:szCs w:val="24"/>
                <w:lang w:val="en-US" w:eastAsia="en-US" w:bidi="ar-SA"/>
              </w:rPr>
            </w:pPr>
            <w:r>
              <w:rPr>
                <w:rFonts w:eastAsia="ＭＳ 明朝" w:cs="" w:ascii="Times New Roman" w:hAnsi="Times New Roman"/>
                <w:kern w:val="0"/>
                <w:sz w:val="24"/>
                <w:szCs w:val="24"/>
                <w:lang w:val="en-US" w:eastAsia="en-US" w:bidi="ar-SA"/>
              </w:rPr>
              <w:t>Locado</w:t>
            </w:r>
          </w:p>
        </w:tc>
      </w:tr>
      <w:tr>
        <w:trPr>
          <w:trHeight w:val="345" w:hRule="atLeast"/>
        </w:trPr>
        <w:tc>
          <w:tcPr>
            <w:tcW w:w="2995" w:type="dxa"/>
            <w:tcBorders>
              <w:top w:val="single" w:sz="6" w:space="0" w:color="7F7F7F"/>
              <w:left w:val="single" w:sz="6" w:space="0" w:color="7F7F7F"/>
              <w:bottom w:val="single" w:sz="6" w:space="0" w:color="7F7F7F"/>
              <w:right w:val="single" w:sz="6" w:space="0" w:color="7F7F7F"/>
            </w:tcBorders>
            <w:shd w:color="auto" w:fill="F2F6FA" w:val="clear"/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eastAsia="ＭＳ 明朝" w:cs=""/>
                <w:kern w:val="0"/>
                <w:sz w:val="24"/>
                <w:szCs w:val="24"/>
                <w:lang w:val="en-US" w:eastAsia="en-US" w:bidi="ar-SA"/>
              </w:rPr>
            </w:pPr>
            <w:r>
              <w:rPr>
                <w:rFonts w:eastAsia="ＭＳ 明朝" w:cs="" w:ascii="Times New Roman" w:hAnsi="Times New Roman"/>
                <w:kern w:val="0"/>
                <w:sz w:val="24"/>
                <w:szCs w:val="24"/>
                <w:lang w:val="en-US" w:eastAsia="en-US" w:bidi="ar-SA"/>
              </w:rPr>
              <w:t>Promotoria de União dos Palmares</w:t>
            </w:r>
          </w:p>
        </w:tc>
        <w:tc>
          <w:tcPr>
            <w:tcW w:w="3888" w:type="dxa"/>
            <w:tcBorders>
              <w:top w:val="single" w:sz="6" w:space="0" w:color="7F7F7F"/>
              <w:left w:val="single" w:sz="6" w:space="0" w:color="7F7F7F"/>
              <w:bottom w:val="single" w:sz="6" w:space="0" w:color="7F7F7F"/>
              <w:right w:val="single" w:sz="6" w:space="0" w:color="7F7F7F"/>
            </w:tcBorders>
            <w:shd w:color="auto" w:fill="F2F6FA" w:val="clear"/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eastAsia="ＭＳ 明朝" w:cs=""/>
                <w:kern w:val="0"/>
                <w:sz w:val="24"/>
                <w:szCs w:val="24"/>
                <w:lang w:val="en-US" w:eastAsia="en-US" w:bidi="ar-SA"/>
              </w:rPr>
            </w:pPr>
            <w:r>
              <w:rPr>
                <w:rFonts w:eastAsia="ＭＳ 明朝" w:cs="" w:ascii="Times New Roman" w:hAnsi="Times New Roman"/>
                <w:kern w:val="0"/>
                <w:sz w:val="24"/>
                <w:szCs w:val="24"/>
                <w:lang w:val="en-US" w:eastAsia="en-US" w:bidi="ar-SA"/>
              </w:rPr>
              <w:t>Rua Dr. Paulo Sarmento, s/n</w:t>
            </w:r>
          </w:p>
        </w:tc>
        <w:tc>
          <w:tcPr>
            <w:tcW w:w="1679" w:type="dxa"/>
            <w:tcBorders>
              <w:top w:val="single" w:sz="6" w:space="0" w:color="7F7F7F"/>
              <w:left w:val="single" w:sz="6" w:space="0" w:color="7F7F7F"/>
              <w:bottom w:val="single" w:sz="6" w:space="0" w:color="7F7F7F"/>
              <w:right w:val="single" w:sz="6" w:space="0" w:color="7F7F7F"/>
            </w:tcBorders>
            <w:shd w:color="auto" w:fill="F2F6FA" w:val="clear"/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eastAsia="ＭＳ 明朝" w:cs=""/>
                <w:kern w:val="0"/>
                <w:sz w:val="24"/>
                <w:szCs w:val="24"/>
                <w:lang w:val="en-US" w:eastAsia="en-US" w:bidi="ar-SA"/>
              </w:rPr>
            </w:pPr>
            <w:r>
              <w:rPr>
                <w:rFonts w:eastAsia="ＭＳ 明朝" w:cs="" w:ascii="Times New Roman" w:hAnsi="Times New Roman"/>
                <w:kern w:val="0"/>
                <w:sz w:val="24"/>
                <w:szCs w:val="24"/>
                <w:lang w:val="en-US" w:eastAsia="en-US" w:bidi="ar-SA"/>
              </w:rPr>
              <w:t>57800-000</w:t>
            </w:r>
          </w:p>
        </w:tc>
        <w:tc>
          <w:tcPr>
            <w:tcW w:w="1277" w:type="dxa"/>
            <w:tcBorders>
              <w:top w:val="single" w:sz="6" w:space="0" w:color="7F7F7F"/>
              <w:left w:val="single" w:sz="6" w:space="0" w:color="7F7F7F"/>
              <w:bottom w:val="single" w:sz="6" w:space="0" w:color="7F7F7F"/>
              <w:right w:val="single" w:sz="6" w:space="0" w:color="7F7F7F"/>
            </w:tcBorders>
            <w:shd w:color="auto" w:fill="F2F6FA" w:val="clear"/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color w:val="0563C1"/>
                <w:u w:val="single"/>
              </w:rPr>
            </w:pPr>
            <w:r>
              <w:rPr>
                <w:color w:val="0563C1"/>
                <w:u w:val="single"/>
              </w:rPr>
            </w:r>
          </w:p>
        </w:tc>
        <w:tc>
          <w:tcPr>
            <w:tcW w:w="1098" w:type="dxa"/>
            <w:tcBorders>
              <w:top w:val="single" w:sz="6" w:space="0" w:color="7F7F7F"/>
              <w:left w:val="single" w:sz="6" w:space="0" w:color="7F7F7F"/>
              <w:bottom w:val="single" w:sz="6" w:space="0" w:color="7F7F7F"/>
              <w:right w:val="single" w:sz="6" w:space="0" w:color="7F7F7F"/>
            </w:tcBorders>
            <w:shd w:color="auto" w:fill="F2F6FA" w:val="clear"/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eastAsia="ＭＳ 明朝" w:cs=""/>
                <w:kern w:val="0"/>
                <w:sz w:val="24"/>
                <w:szCs w:val="24"/>
                <w:lang w:val="en-US" w:eastAsia="en-US" w:bidi="ar-SA"/>
              </w:rPr>
            </w:pPr>
            <w:r>
              <w:rPr>
                <w:rFonts w:eastAsia="ＭＳ 明朝" w:cs="" w:ascii="Times New Roman" w:hAnsi="Times New Roman"/>
                <w:kern w:val="0"/>
                <w:sz w:val="24"/>
                <w:szCs w:val="24"/>
                <w:lang w:val="en-US" w:eastAsia="en-US" w:bidi="ar-SA"/>
              </w:rPr>
            </w:r>
          </w:p>
        </w:tc>
        <w:tc>
          <w:tcPr>
            <w:tcW w:w="1588" w:type="dxa"/>
            <w:tcBorders>
              <w:top w:val="single" w:sz="6" w:space="0" w:color="7F7F7F"/>
              <w:left w:val="single" w:sz="6" w:space="0" w:color="7F7F7F"/>
              <w:bottom w:val="single" w:sz="6" w:space="0" w:color="7F7F7F"/>
              <w:right w:val="single" w:sz="6" w:space="0" w:color="7F7F7F"/>
            </w:tcBorders>
            <w:shd w:color="auto" w:fill="F2F6FA" w:val="clear"/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eastAsia="ＭＳ 明朝" w:cs=""/>
                <w:kern w:val="0"/>
                <w:sz w:val="24"/>
                <w:szCs w:val="24"/>
                <w:lang w:val="en-US" w:eastAsia="en-US" w:bidi="ar-SA"/>
              </w:rPr>
            </w:pPr>
            <w:r>
              <w:rPr>
                <w:rFonts w:eastAsia="ＭＳ 明朝" w:cs="" w:ascii="Times New Roman" w:hAnsi="Times New Roman"/>
                <w:kern w:val="0"/>
                <w:sz w:val="24"/>
                <w:szCs w:val="24"/>
                <w:lang w:val="en-US" w:eastAsia="en-US" w:bidi="ar-SA"/>
              </w:rPr>
            </w:r>
          </w:p>
        </w:tc>
        <w:tc>
          <w:tcPr>
            <w:tcW w:w="1800" w:type="dxa"/>
            <w:tcBorders>
              <w:top w:val="single" w:sz="6" w:space="0" w:color="7F7F7F"/>
              <w:left w:val="single" w:sz="6" w:space="0" w:color="7F7F7F"/>
              <w:bottom w:val="single" w:sz="6" w:space="0" w:color="7F7F7F"/>
              <w:right w:val="single" w:sz="6" w:space="0" w:color="7F7F7F"/>
            </w:tcBorders>
            <w:shd w:color="auto" w:fill="F2F6FA" w:val="clear"/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eastAsia="ＭＳ 明朝" w:cs=""/>
                <w:kern w:val="0"/>
                <w:sz w:val="24"/>
                <w:szCs w:val="24"/>
                <w:lang w:val="en-US" w:eastAsia="en-US" w:bidi="ar-SA"/>
              </w:rPr>
            </w:pPr>
            <w:r>
              <w:rPr>
                <w:rFonts w:eastAsia="ＭＳ 明朝" w:cs="" w:ascii="Times New Roman" w:hAnsi="Times New Roman"/>
                <w:kern w:val="0"/>
                <w:sz w:val="24"/>
                <w:szCs w:val="24"/>
                <w:lang w:val="en-US" w:eastAsia="en-US" w:bidi="ar-SA"/>
              </w:rPr>
              <w:t>Cedido</w:t>
            </w:r>
          </w:p>
        </w:tc>
      </w:tr>
      <w:tr>
        <w:trPr>
          <w:trHeight w:val="345" w:hRule="atLeast"/>
        </w:trPr>
        <w:tc>
          <w:tcPr>
            <w:tcW w:w="2995" w:type="dxa"/>
            <w:tcBorders>
              <w:top w:val="single" w:sz="6" w:space="0" w:color="7F7F7F"/>
              <w:left w:val="single" w:sz="6" w:space="0" w:color="7F7F7F"/>
              <w:bottom w:val="single" w:sz="6" w:space="0" w:color="7F7F7F"/>
              <w:right w:val="single" w:sz="6" w:space="0" w:color="7F7F7F"/>
            </w:tcBorders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eastAsia="ＭＳ 明朝" w:cs=""/>
                <w:kern w:val="0"/>
                <w:sz w:val="24"/>
                <w:szCs w:val="24"/>
                <w:lang w:val="en-US" w:eastAsia="en-US" w:bidi="ar-SA"/>
              </w:rPr>
            </w:pPr>
            <w:r>
              <w:rPr>
                <w:rFonts w:eastAsia="ＭＳ 明朝" w:cs="" w:ascii="Times New Roman" w:hAnsi="Times New Roman"/>
                <w:kern w:val="0"/>
                <w:sz w:val="24"/>
                <w:szCs w:val="24"/>
                <w:lang w:val="en-US" w:eastAsia="en-US" w:bidi="ar-SA"/>
              </w:rPr>
              <w:t>CAOP</w:t>
            </w:r>
          </w:p>
        </w:tc>
        <w:tc>
          <w:tcPr>
            <w:tcW w:w="3888" w:type="dxa"/>
            <w:tcBorders>
              <w:top w:val="single" w:sz="6" w:space="0" w:color="7F7F7F"/>
              <w:left w:val="single" w:sz="6" w:space="0" w:color="7F7F7F"/>
              <w:bottom w:val="single" w:sz="6" w:space="0" w:color="7F7F7F"/>
              <w:right w:val="single" w:sz="6" w:space="0" w:color="7F7F7F"/>
            </w:tcBorders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eastAsia="ＭＳ 明朝" w:cs=""/>
                <w:kern w:val="0"/>
                <w:sz w:val="24"/>
                <w:szCs w:val="24"/>
                <w:lang w:val="en-US" w:eastAsia="en-US" w:bidi="ar-SA"/>
              </w:rPr>
            </w:pPr>
            <w:r>
              <w:rPr>
                <w:rFonts w:eastAsia="ＭＳ 明朝" w:cs="" w:ascii="Times New Roman" w:hAnsi="Times New Roman"/>
                <w:kern w:val="0"/>
                <w:sz w:val="24"/>
                <w:szCs w:val="24"/>
                <w:lang w:val="en-US" w:eastAsia="en-US" w:bidi="ar-SA"/>
              </w:rPr>
              <w:t>Av. Fernandes Lima, nº 1018</w:t>
            </w:r>
          </w:p>
        </w:tc>
        <w:tc>
          <w:tcPr>
            <w:tcW w:w="1679" w:type="dxa"/>
            <w:tcBorders>
              <w:top w:val="single" w:sz="6" w:space="0" w:color="7F7F7F"/>
              <w:left w:val="single" w:sz="6" w:space="0" w:color="7F7F7F"/>
              <w:bottom w:val="single" w:sz="6" w:space="0" w:color="7F7F7F"/>
              <w:right w:val="single" w:sz="6" w:space="0" w:color="7F7F7F"/>
            </w:tcBorders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eastAsia="ＭＳ 明朝" w:cs=""/>
                <w:kern w:val="0"/>
                <w:sz w:val="24"/>
                <w:szCs w:val="24"/>
                <w:lang w:val="en-US" w:eastAsia="en-US" w:bidi="ar-SA"/>
              </w:rPr>
            </w:pPr>
            <w:r>
              <w:rPr>
                <w:rFonts w:eastAsia="ＭＳ 明朝" w:cs="" w:ascii="Times New Roman" w:hAnsi="Times New Roman"/>
                <w:kern w:val="0"/>
                <w:sz w:val="24"/>
                <w:szCs w:val="24"/>
                <w:lang w:val="en-US" w:eastAsia="en-US" w:bidi="ar-SA"/>
              </w:rPr>
              <w:t>57055-000</w:t>
            </w:r>
          </w:p>
        </w:tc>
        <w:tc>
          <w:tcPr>
            <w:tcW w:w="1277" w:type="dxa"/>
            <w:tcBorders>
              <w:top w:val="single" w:sz="6" w:space="0" w:color="7F7F7F"/>
              <w:left w:val="single" w:sz="6" w:space="0" w:color="7F7F7F"/>
              <w:bottom w:val="single" w:sz="6" w:space="0" w:color="7F7F7F"/>
              <w:right w:val="single" w:sz="6" w:space="0" w:color="7F7F7F"/>
            </w:tcBorders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eastAsia="ＭＳ 明朝" w:cs=""/>
                <w:kern w:val="0"/>
                <w:sz w:val="24"/>
                <w:szCs w:val="24"/>
                <w:lang w:val="en-US" w:eastAsia="en-US" w:bidi="ar-SA"/>
              </w:rPr>
            </w:pPr>
            <w:r>
              <w:rPr>
                <w:rFonts w:eastAsia="ＭＳ 明朝" w:cs="" w:ascii="Times New Roman" w:hAnsi="Times New Roman"/>
                <w:kern w:val="0"/>
                <w:sz w:val="24"/>
                <w:szCs w:val="24"/>
                <w:lang w:val="en-US" w:eastAsia="en-US" w:bidi="ar-SA"/>
              </w:rPr>
            </w:r>
          </w:p>
        </w:tc>
        <w:tc>
          <w:tcPr>
            <w:tcW w:w="1098" w:type="dxa"/>
            <w:tcBorders>
              <w:top w:val="single" w:sz="6" w:space="0" w:color="7F7F7F"/>
              <w:left w:val="single" w:sz="6" w:space="0" w:color="7F7F7F"/>
              <w:bottom w:val="single" w:sz="6" w:space="0" w:color="7F7F7F"/>
              <w:right w:val="single" w:sz="6" w:space="0" w:color="7F7F7F"/>
            </w:tcBorders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eastAsia="ＭＳ 明朝" w:cs=""/>
                <w:kern w:val="0"/>
                <w:sz w:val="24"/>
                <w:szCs w:val="24"/>
                <w:lang w:val="en-US" w:eastAsia="en-US" w:bidi="ar-SA"/>
              </w:rPr>
            </w:pPr>
            <w:r>
              <w:rPr>
                <w:rFonts w:eastAsia="ＭＳ 明朝" w:cs="" w:ascii="Times New Roman" w:hAnsi="Times New Roman"/>
                <w:kern w:val="0"/>
                <w:sz w:val="24"/>
                <w:szCs w:val="24"/>
                <w:lang w:val="en-US" w:eastAsia="en-US" w:bidi="ar-SA"/>
              </w:rPr>
            </w:r>
          </w:p>
        </w:tc>
        <w:tc>
          <w:tcPr>
            <w:tcW w:w="1588" w:type="dxa"/>
            <w:tcBorders>
              <w:top w:val="single" w:sz="6" w:space="0" w:color="7F7F7F"/>
              <w:left w:val="single" w:sz="6" w:space="0" w:color="7F7F7F"/>
              <w:bottom w:val="single" w:sz="6" w:space="0" w:color="7F7F7F"/>
              <w:right w:val="single" w:sz="6" w:space="0" w:color="7F7F7F"/>
            </w:tcBorders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eastAsia="ＭＳ 明朝" w:cs=""/>
                <w:kern w:val="0"/>
                <w:sz w:val="24"/>
                <w:szCs w:val="24"/>
                <w:lang w:val="en-US" w:eastAsia="en-US" w:bidi="ar-SA"/>
              </w:rPr>
            </w:pPr>
            <w:r>
              <w:rPr>
                <w:rFonts w:eastAsia="ＭＳ 明朝" w:cs="" w:ascii="Times New Roman" w:hAnsi="Times New Roman"/>
                <w:kern w:val="0"/>
                <w:sz w:val="24"/>
                <w:szCs w:val="24"/>
                <w:lang w:val="en-US" w:eastAsia="en-US" w:bidi="ar-SA"/>
              </w:rPr>
            </w:r>
          </w:p>
        </w:tc>
        <w:tc>
          <w:tcPr>
            <w:tcW w:w="1800" w:type="dxa"/>
            <w:tcBorders>
              <w:top w:val="single" w:sz="6" w:space="0" w:color="7F7F7F"/>
              <w:left w:val="single" w:sz="6" w:space="0" w:color="7F7F7F"/>
              <w:bottom w:val="single" w:sz="6" w:space="0" w:color="7F7F7F"/>
              <w:right w:val="single" w:sz="6" w:space="0" w:color="7F7F7F"/>
            </w:tcBorders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eastAsia="ＭＳ 明朝" w:cs=""/>
                <w:kern w:val="0"/>
                <w:sz w:val="24"/>
                <w:szCs w:val="24"/>
                <w:lang w:val="en-US" w:eastAsia="en-US" w:bidi="ar-SA"/>
              </w:rPr>
            </w:pPr>
            <w:r>
              <w:rPr>
                <w:rFonts w:eastAsia="ＭＳ 明朝" w:cs="" w:ascii="Times New Roman" w:hAnsi="Times New Roman"/>
                <w:kern w:val="0"/>
                <w:sz w:val="24"/>
                <w:szCs w:val="24"/>
                <w:lang w:val="en-US" w:eastAsia="en-US" w:bidi="ar-SA"/>
              </w:rPr>
              <w:t>Locado</w:t>
            </w:r>
          </w:p>
        </w:tc>
      </w:tr>
      <w:tr>
        <w:trPr>
          <w:trHeight w:val="345" w:hRule="atLeast"/>
        </w:trPr>
        <w:tc>
          <w:tcPr>
            <w:tcW w:w="2995" w:type="dxa"/>
            <w:tcBorders>
              <w:top w:val="single" w:sz="6" w:space="0" w:color="7F7F7F"/>
              <w:left w:val="single" w:sz="6" w:space="0" w:color="7F7F7F"/>
              <w:bottom w:val="single" w:sz="6" w:space="0" w:color="7F7F7F"/>
              <w:right w:val="single" w:sz="6" w:space="0" w:color="7F7F7F"/>
            </w:tcBorders>
            <w:shd w:color="auto" w:fill="F2F6FA" w:val="clear"/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eastAsia="ＭＳ 明朝" w:cs=""/>
                <w:kern w:val="0"/>
                <w:sz w:val="24"/>
                <w:szCs w:val="24"/>
                <w:lang w:val="en-US" w:eastAsia="en-US" w:bidi="ar-SA"/>
              </w:rPr>
            </w:pPr>
            <w:r>
              <w:rPr>
                <w:rFonts w:eastAsia="ＭＳ 明朝" w:cs="" w:ascii="Times New Roman" w:hAnsi="Times New Roman"/>
                <w:kern w:val="0"/>
                <w:sz w:val="24"/>
                <w:szCs w:val="24"/>
                <w:lang w:val="en-US" w:eastAsia="en-US" w:bidi="ar-SA"/>
              </w:rPr>
              <w:t>CAOP - Anexo</w:t>
            </w:r>
          </w:p>
        </w:tc>
        <w:tc>
          <w:tcPr>
            <w:tcW w:w="3888" w:type="dxa"/>
            <w:tcBorders>
              <w:top w:val="single" w:sz="6" w:space="0" w:color="7F7F7F"/>
              <w:left w:val="single" w:sz="6" w:space="0" w:color="7F7F7F"/>
              <w:bottom w:val="single" w:sz="6" w:space="0" w:color="7F7F7F"/>
              <w:right w:val="single" w:sz="6" w:space="0" w:color="7F7F7F"/>
            </w:tcBorders>
            <w:shd w:color="auto" w:fill="F2F6FA" w:val="clear"/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eastAsia="ＭＳ 明朝" w:cs=""/>
                <w:kern w:val="0"/>
                <w:sz w:val="24"/>
                <w:szCs w:val="24"/>
                <w:lang w:val="en-US" w:eastAsia="en-US" w:bidi="ar-SA"/>
              </w:rPr>
            </w:pPr>
            <w:r>
              <w:rPr>
                <w:rFonts w:eastAsia="ＭＳ 明朝" w:cs="" w:ascii="Times New Roman" w:hAnsi="Times New Roman"/>
                <w:kern w:val="0"/>
                <w:sz w:val="24"/>
                <w:szCs w:val="24"/>
                <w:lang w:val="en-US" w:eastAsia="en-US" w:bidi="ar-SA"/>
              </w:rPr>
              <w:t>Rua Ministro Salgado Filho, nº 27</w:t>
            </w:r>
          </w:p>
        </w:tc>
        <w:tc>
          <w:tcPr>
            <w:tcW w:w="1679" w:type="dxa"/>
            <w:tcBorders>
              <w:top w:val="single" w:sz="6" w:space="0" w:color="7F7F7F"/>
              <w:left w:val="single" w:sz="6" w:space="0" w:color="7F7F7F"/>
              <w:bottom w:val="single" w:sz="6" w:space="0" w:color="7F7F7F"/>
              <w:right w:val="single" w:sz="6" w:space="0" w:color="7F7F7F"/>
            </w:tcBorders>
            <w:shd w:color="auto" w:fill="F2F6FA" w:val="clear"/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eastAsia="ＭＳ 明朝" w:cs=""/>
                <w:kern w:val="0"/>
                <w:sz w:val="24"/>
                <w:szCs w:val="24"/>
                <w:lang w:val="en-US" w:eastAsia="en-US" w:bidi="ar-SA"/>
              </w:rPr>
            </w:pPr>
            <w:r>
              <w:rPr>
                <w:rFonts w:eastAsia="ＭＳ 明朝" w:cs="" w:ascii="Times New Roman" w:hAnsi="Times New Roman"/>
                <w:kern w:val="0"/>
                <w:sz w:val="24"/>
                <w:szCs w:val="24"/>
                <w:lang w:val="en-US" w:eastAsia="en-US" w:bidi="ar-SA"/>
              </w:rPr>
              <w:t>57050-140</w:t>
            </w:r>
          </w:p>
        </w:tc>
        <w:tc>
          <w:tcPr>
            <w:tcW w:w="1277" w:type="dxa"/>
            <w:tcBorders>
              <w:top w:val="single" w:sz="6" w:space="0" w:color="7F7F7F"/>
              <w:left w:val="single" w:sz="6" w:space="0" w:color="7F7F7F"/>
              <w:bottom w:val="single" w:sz="6" w:space="0" w:color="7F7F7F"/>
              <w:right w:val="single" w:sz="6" w:space="0" w:color="7F7F7F"/>
            </w:tcBorders>
            <w:shd w:color="auto" w:fill="F2F6FA" w:val="clear"/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eastAsia="ＭＳ 明朝" w:cs=""/>
                <w:kern w:val="0"/>
                <w:sz w:val="24"/>
                <w:szCs w:val="24"/>
                <w:lang w:val="en-US" w:eastAsia="en-US" w:bidi="ar-SA"/>
              </w:rPr>
            </w:pPr>
            <w:r>
              <w:rPr>
                <w:rFonts w:eastAsia="ＭＳ 明朝" w:cs="" w:ascii="Times New Roman" w:hAnsi="Times New Roman"/>
                <w:kern w:val="0"/>
                <w:sz w:val="24"/>
                <w:szCs w:val="24"/>
                <w:lang w:val="en-US" w:eastAsia="en-US" w:bidi="ar-SA"/>
              </w:rPr>
            </w:r>
          </w:p>
        </w:tc>
        <w:tc>
          <w:tcPr>
            <w:tcW w:w="1098" w:type="dxa"/>
            <w:tcBorders>
              <w:top w:val="single" w:sz="6" w:space="0" w:color="7F7F7F"/>
              <w:left w:val="single" w:sz="6" w:space="0" w:color="7F7F7F"/>
              <w:bottom w:val="single" w:sz="6" w:space="0" w:color="7F7F7F"/>
              <w:right w:val="single" w:sz="6" w:space="0" w:color="7F7F7F"/>
            </w:tcBorders>
            <w:shd w:color="auto" w:fill="F2F6FA" w:val="clear"/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eastAsia="ＭＳ 明朝" w:cs=""/>
                <w:kern w:val="0"/>
                <w:sz w:val="24"/>
                <w:szCs w:val="24"/>
                <w:lang w:val="en-US" w:eastAsia="en-US" w:bidi="ar-SA"/>
              </w:rPr>
            </w:pPr>
            <w:r>
              <w:rPr>
                <w:rFonts w:eastAsia="ＭＳ 明朝" w:cs="" w:ascii="Times New Roman" w:hAnsi="Times New Roman"/>
                <w:kern w:val="0"/>
                <w:sz w:val="24"/>
                <w:szCs w:val="24"/>
                <w:lang w:val="en-US" w:eastAsia="en-US" w:bidi="ar-SA"/>
              </w:rPr>
            </w:r>
          </w:p>
        </w:tc>
        <w:tc>
          <w:tcPr>
            <w:tcW w:w="1588" w:type="dxa"/>
            <w:tcBorders>
              <w:top w:val="single" w:sz="6" w:space="0" w:color="7F7F7F"/>
              <w:left w:val="single" w:sz="6" w:space="0" w:color="7F7F7F"/>
              <w:bottom w:val="single" w:sz="6" w:space="0" w:color="7F7F7F"/>
              <w:right w:val="single" w:sz="6" w:space="0" w:color="7F7F7F"/>
            </w:tcBorders>
            <w:shd w:color="auto" w:fill="F2F6FA" w:val="clear"/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eastAsia="ＭＳ 明朝" w:cs=""/>
                <w:kern w:val="0"/>
                <w:sz w:val="24"/>
                <w:szCs w:val="24"/>
                <w:lang w:val="en-US" w:eastAsia="en-US" w:bidi="ar-SA"/>
              </w:rPr>
            </w:pPr>
            <w:r>
              <w:rPr>
                <w:rFonts w:eastAsia="ＭＳ 明朝" w:cs="" w:ascii="Times New Roman" w:hAnsi="Times New Roman"/>
                <w:kern w:val="0"/>
                <w:sz w:val="24"/>
                <w:szCs w:val="24"/>
                <w:lang w:val="en-US" w:eastAsia="en-US" w:bidi="ar-SA"/>
              </w:rPr>
            </w:r>
          </w:p>
        </w:tc>
        <w:tc>
          <w:tcPr>
            <w:tcW w:w="1800" w:type="dxa"/>
            <w:tcBorders>
              <w:top w:val="single" w:sz="6" w:space="0" w:color="7F7F7F"/>
              <w:left w:val="single" w:sz="6" w:space="0" w:color="7F7F7F"/>
              <w:bottom w:val="single" w:sz="6" w:space="0" w:color="7F7F7F"/>
              <w:right w:val="single" w:sz="6" w:space="0" w:color="7F7F7F"/>
            </w:tcBorders>
            <w:shd w:color="auto" w:fill="F2F6FA" w:val="clear"/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eastAsia="ＭＳ 明朝" w:cs=""/>
                <w:kern w:val="0"/>
                <w:sz w:val="24"/>
                <w:szCs w:val="24"/>
                <w:lang w:val="en-US" w:eastAsia="en-US" w:bidi="ar-SA"/>
              </w:rPr>
            </w:pPr>
            <w:r>
              <w:rPr>
                <w:rFonts w:eastAsia="ＭＳ 明朝" w:cs="" w:ascii="Times New Roman" w:hAnsi="Times New Roman"/>
                <w:kern w:val="0"/>
                <w:sz w:val="24"/>
                <w:szCs w:val="24"/>
                <w:lang w:val="en-US" w:eastAsia="en-US" w:bidi="ar-SA"/>
              </w:rPr>
              <w:t>Locado</w:t>
            </w:r>
          </w:p>
        </w:tc>
      </w:tr>
      <w:tr>
        <w:trPr>
          <w:trHeight w:val="345" w:hRule="atLeast"/>
        </w:trPr>
        <w:tc>
          <w:tcPr>
            <w:tcW w:w="2995" w:type="dxa"/>
            <w:tcBorders>
              <w:top w:val="single" w:sz="6" w:space="0" w:color="7F7F7F"/>
              <w:left w:val="single" w:sz="6" w:space="0" w:color="7F7F7F"/>
              <w:bottom w:val="single" w:sz="6" w:space="0" w:color="7F7F7F"/>
              <w:right w:val="single" w:sz="6" w:space="0" w:color="7F7F7F"/>
            </w:tcBorders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eastAsia="ＭＳ 明朝" w:cs=""/>
                <w:kern w:val="0"/>
                <w:sz w:val="24"/>
                <w:szCs w:val="24"/>
                <w:lang w:val="en-US" w:eastAsia="en-US" w:bidi="ar-SA"/>
              </w:rPr>
            </w:pPr>
            <w:r>
              <w:rPr>
                <w:rFonts w:eastAsia="ＭＳ 明朝" w:cs="" w:ascii="Times New Roman" w:hAnsi="Times New Roman"/>
                <w:kern w:val="0"/>
                <w:sz w:val="24"/>
                <w:szCs w:val="24"/>
                <w:lang w:val="en-US" w:eastAsia="en-US" w:bidi="ar-SA"/>
              </w:rPr>
              <w:t>Galpão</w:t>
            </w:r>
          </w:p>
        </w:tc>
        <w:tc>
          <w:tcPr>
            <w:tcW w:w="3888" w:type="dxa"/>
            <w:tcBorders>
              <w:top w:val="single" w:sz="6" w:space="0" w:color="7F7F7F"/>
              <w:left w:val="single" w:sz="6" w:space="0" w:color="7F7F7F"/>
              <w:bottom w:val="single" w:sz="6" w:space="0" w:color="7F7F7F"/>
              <w:right w:val="single" w:sz="6" w:space="0" w:color="7F7F7F"/>
            </w:tcBorders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eastAsia="ＭＳ 明朝" w:cs=""/>
                <w:kern w:val="0"/>
                <w:sz w:val="24"/>
                <w:szCs w:val="24"/>
                <w:lang w:val="en-US" w:eastAsia="en-US" w:bidi="ar-SA"/>
              </w:rPr>
            </w:pPr>
            <w:r>
              <w:rPr>
                <w:rFonts w:eastAsia="ＭＳ 明朝" w:cs="" w:ascii="Times New Roman" w:hAnsi="Times New Roman"/>
                <w:kern w:val="0"/>
                <w:sz w:val="24"/>
                <w:szCs w:val="24"/>
                <w:lang w:val="en-US" w:eastAsia="en-US" w:bidi="ar-SA"/>
              </w:rPr>
              <w:t>Rua Cel. Salustiano Sarmento, s/n</w:t>
            </w:r>
          </w:p>
        </w:tc>
        <w:tc>
          <w:tcPr>
            <w:tcW w:w="1679" w:type="dxa"/>
            <w:tcBorders>
              <w:top w:val="single" w:sz="6" w:space="0" w:color="7F7F7F"/>
              <w:left w:val="single" w:sz="6" w:space="0" w:color="7F7F7F"/>
              <w:bottom w:val="single" w:sz="6" w:space="0" w:color="7F7F7F"/>
              <w:right w:val="single" w:sz="6" w:space="0" w:color="7F7F7F"/>
            </w:tcBorders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eastAsia="ＭＳ 明朝" w:cs=""/>
                <w:kern w:val="0"/>
                <w:sz w:val="24"/>
                <w:szCs w:val="24"/>
                <w:lang w:val="en-US" w:eastAsia="en-US" w:bidi="ar-SA"/>
              </w:rPr>
            </w:pPr>
            <w:r>
              <w:rPr>
                <w:rFonts w:eastAsia="ＭＳ 明朝" w:cs="" w:ascii="Times New Roman" w:hAnsi="Times New Roman"/>
                <w:kern w:val="0"/>
                <w:sz w:val="24"/>
                <w:szCs w:val="24"/>
                <w:lang w:val="en-US" w:eastAsia="en-US" w:bidi="ar-SA"/>
              </w:rPr>
              <w:t>57045-061</w:t>
            </w:r>
          </w:p>
        </w:tc>
        <w:tc>
          <w:tcPr>
            <w:tcW w:w="1277" w:type="dxa"/>
            <w:tcBorders>
              <w:top w:val="single" w:sz="6" w:space="0" w:color="7F7F7F"/>
              <w:left w:val="single" w:sz="6" w:space="0" w:color="7F7F7F"/>
              <w:bottom w:val="single" w:sz="6" w:space="0" w:color="7F7F7F"/>
              <w:right w:val="single" w:sz="6" w:space="0" w:color="7F7F7F"/>
            </w:tcBorders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eastAsia="ＭＳ 明朝" w:cs=""/>
                <w:kern w:val="0"/>
                <w:sz w:val="24"/>
                <w:szCs w:val="24"/>
                <w:lang w:val="en-US" w:eastAsia="en-US" w:bidi="ar-SA"/>
              </w:rPr>
            </w:pPr>
            <w:r>
              <w:rPr>
                <w:rFonts w:eastAsia="ＭＳ 明朝" w:cs="" w:ascii="Times New Roman" w:hAnsi="Times New Roman"/>
                <w:kern w:val="0"/>
                <w:sz w:val="24"/>
                <w:szCs w:val="24"/>
                <w:lang w:val="en-US" w:eastAsia="en-US" w:bidi="ar-SA"/>
              </w:rPr>
            </w:r>
          </w:p>
        </w:tc>
        <w:tc>
          <w:tcPr>
            <w:tcW w:w="1098" w:type="dxa"/>
            <w:tcBorders>
              <w:top w:val="single" w:sz="6" w:space="0" w:color="7F7F7F"/>
              <w:left w:val="single" w:sz="6" w:space="0" w:color="7F7F7F"/>
              <w:bottom w:val="single" w:sz="6" w:space="0" w:color="7F7F7F"/>
              <w:right w:val="single" w:sz="6" w:space="0" w:color="7F7F7F"/>
            </w:tcBorders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eastAsia="ＭＳ 明朝" w:cs=""/>
                <w:kern w:val="0"/>
                <w:sz w:val="24"/>
                <w:szCs w:val="24"/>
                <w:lang w:val="en-US" w:eastAsia="en-US" w:bidi="ar-SA"/>
              </w:rPr>
            </w:pPr>
            <w:r>
              <w:rPr>
                <w:rFonts w:eastAsia="ＭＳ 明朝" w:cs="" w:ascii="Times New Roman" w:hAnsi="Times New Roman"/>
                <w:kern w:val="0"/>
                <w:sz w:val="24"/>
                <w:szCs w:val="24"/>
                <w:lang w:val="en-US" w:eastAsia="en-US" w:bidi="ar-SA"/>
              </w:rPr>
            </w:r>
          </w:p>
        </w:tc>
        <w:tc>
          <w:tcPr>
            <w:tcW w:w="1588" w:type="dxa"/>
            <w:tcBorders>
              <w:top w:val="single" w:sz="6" w:space="0" w:color="7F7F7F"/>
              <w:left w:val="single" w:sz="6" w:space="0" w:color="7F7F7F"/>
              <w:bottom w:val="single" w:sz="6" w:space="0" w:color="7F7F7F"/>
              <w:right w:val="single" w:sz="6" w:space="0" w:color="7F7F7F"/>
            </w:tcBorders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eastAsia="ＭＳ 明朝" w:cs=""/>
                <w:kern w:val="0"/>
                <w:sz w:val="24"/>
                <w:szCs w:val="24"/>
                <w:lang w:val="en-US" w:eastAsia="en-US" w:bidi="ar-SA"/>
              </w:rPr>
            </w:pPr>
            <w:r>
              <w:rPr>
                <w:rFonts w:eastAsia="ＭＳ 明朝" w:cs="" w:ascii="Times New Roman" w:hAnsi="Times New Roman"/>
                <w:kern w:val="0"/>
                <w:sz w:val="24"/>
                <w:szCs w:val="24"/>
                <w:lang w:val="en-US" w:eastAsia="en-US" w:bidi="ar-SA"/>
              </w:rPr>
            </w:r>
          </w:p>
        </w:tc>
        <w:tc>
          <w:tcPr>
            <w:tcW w:w="1800" w:type="dxa"/>
            <w:tcBorders>
              <w:top w:val="single" w:sz="6" w:space="0" w:color="7F7F7F"/>
              <w:left w:val="single" w:sz="6" w:space="0" w:color="7F7F7F"/>
              <w:bottom w:val="single" w:sz="6" w:space="0" w:color="7F7F7F"/>
              <w:right w:val="single" w:sz="6" w:space="0" w:color="7F7F7F"/>
            </w:tcBorders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eastAsia="ＭＳ 明朝" w:cs=""/>
                <w:kern w:val="0"/>
                <w:sz w:val="24"/>
                <w:szCs w:val="24"/>
                <w:lang w:val="en-US" w:eastAsia="en-US" w:bidi="ar-SA"/>
              </w:rPr>
            </w:pPr>
            <w:r>
              <w:rPr>
                <w:rFonts w:eastAsia="ＭＳ 明朝" w:cs="" w:ascii="Times New Roman" w:hAnsi="Times New Roman"/>
                <w:kern w:val="0"/>
                <w:sz w:val="24"/>
                <w:szCs w:val="24"/>
                <w:lang w:val="en-US" w:eastAsia="en-US" w:bidi="ar-SA"/>
              </w:rPr>
              <w:t>Locado</w:t>
            </w:r>
          </w:p>
        </w:tc>
      </w:tr>
      <w:tr>
        <w:trPr>
          <w:trHeight w:val="345" w:hRule="atLeast"/>
        </w:trPr>
        <w:tc>
          <w:tcPr>
            <w:tcW w:w="2995" w:type="dxa"/>
            <w:tcBorders>
              <w:top w:val="single" w:sz="6" w:space="0" w:color="7F7F7F"/>
              <w:left w:val="single" w:sz="6" w:space="0" w:color="7F7F7F"/>
              <w:bottom w:val="single" w:sz="6" w:space="0" w:color="7F7F7F"/>
              <w:right w:val="single" w:sz="6" w:space="0" w:color="7F7F7F"/>
            </w:tcBorders>
            <w:shd w:color="auto" w:fill="F2F6FA" w:val="clear"/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eastAsia="ＭＳ 明朝" w:cs=""/>
                <w:kern w:val="0"/>
                <w:sz w:val="24"/>
                <w:szCs w:val="24"/>
                <w:lang w:val="en-US" w:eastAsia="en-US" w:bidi="ar-SA"/>
              </w:rPr>
            </w:pPr>
            <w:r>
              <w:rPr>
                <w:rFonts w:eastAsia="ＭＳ 明朝" w:cs="" w:ascii="Times New Roman" w:hAnsi="Times New Roman"/>
                <w:kern w:val="0"/>
                <w:sz w:val="24"/>
                <w:szCs w:val="24"/>
                <w:lang w:val="en-US" w:eastAsia="en-US" w:bidi="ar-SA"/>
              </w:rPr>
              <w:t>OFICCE - 203</w:t>
            </w:r>
          </w:p>
        </w:tc>
        <w:tc>
          <w:tcPr>
            <w:tcW w:w="3888" w:type="dxa"/>
            <w:tcBorders>
              <w:top w:val="single" w:sz="6" w:space="0" w:color="7F7F7F"/>
              <w:left w:val="single" w:sz="6" w:space="0" w:color="7F7F7F"/>
              <w:bottom w:val="single" w:sz="6" w:space="0" w:color="7F7F7F"/>
              <w:right w:val="single" w:sz="6" w:space="0" w:color="7F7F7F"/>
            </w:tcBorders>
            <w:shd w:color="auto" w:fill="F2F6FA" w:val="clear"/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eastAsia="ＭＳ 明朝" w:cs=""/>
                <w:kern w:val="0"/>
                <w:sz w:val="24"/>
                <w:szCs w:val="24"/>
                <w:lang w:val="en-US" w:eastAsia="en-US" w:bidi="ar-SA"/>
              </w:rPr>
            </w:pPr>
            <w:r>
              <w:rPr>
                <w:rFonts w:eastAsia="ＭＳ 明朝" w:cs="" w:ascii="Times New Roman" w:hAnsi="Times New Roman"/>
                <w:kern w:val="0"/>
                <w:sz w:val="24"/>
                <w:szCs w:val="24"/>
                <w:lang w:val="en-US" w:eastAsia="en-US" w:bidi="ar-SA"/>
              </w:rPr>
              <w:t>Av. Dom Antônio Brandão, nº 203</w:t>
            </w:r>
          </w:p>
        </w:tc>
        <w:tc>
          <w:tcPr>
            <w:tcW w:w="1679" w:type="dxa"/>
            <w:tcBorders>
              <w:top w:val="single" w:sz="6" w:space="0" w:color="7F7F7F"/>
              <w:left w:val="single" w:sz="6" w:space="0" w:color="7F7F7F"/>
              <w:bottom w:val="single" w:sz="6" w:space="0" w:color="7F7F7F"/>
              <w:right w:val="single" w:sz="6" w:space="0" w:color="7F7F7F"/>
            </w:tcBorders>
            <w:shd w:color="auto" w:fill="F2F6FA" w:val="clear"/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eastAsia="ＭＳ 明朝" w:cs=""/>
                <w:kern w:val="0"/>
                <w:sz w:val="24"/>
                <w:szCs w:val="24"/>
                <w:lang w:val="en-US" w:eastAsia="en-US" w:bidi="ar-SA"/>
              </w:rPr>
            </w:pPr>
            <w:r>
              <w:rPr>
                <w:rFonts w:eastAsia="ＭＳ 明朝" w:cs="" w:ascii="Times New Roman" w:hAnsi="Times New Roman"/>
                <w:kern w:val="0"/>
                <w:sz w:val="24"/>
                <w:szCs w:val="24"/>
                <w:lang w:val="en-US" w:eastAsia="en-US" w:bidi="ar-SA"/>
              </w:rPr>
              <w:t>57051-190</w:t>
            </w:r>
          </w:p>
        </w:tc>
        <w:tc>
          <w:tcPr>
            <w:tcW w:w="1277" w:type="dxa"/>
            <w:tcBorders>
              <w:top w:val="single" w:sz="6" w:space="0" w:color="7F7F7F"/>
              <w:left w:val="single" w:sz="6" w:space="0" w:color="7F7F7F"/>
              <w:bottom w:val="single" w:sz="6" w:space="0" w:color="7F7F7F"/>
              <w:right w:val="single" w:sz="6" w:space="0" w:color="7F7F7F"/>
            </w:tcBorders>
            <w:shd w:color="auto" w:fill="F2F6FA" w:val="clear"/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eastAsia="ＭＳ 明朝" w:cs=""/>
                <w:kern w:val="0"/>
                <w:sz w:val="24"/>
                <w:szCs w:val="24"/>
                <w:lang w:val="en-US" w:eastAsia="en-US" w:bidi="ar-SA"/>
              </w:rPr>
            </w:pPr>
            <w:r>
              <w:rPr>
                <w:rFonts w:eastAsia="ＭＳ 明朝" w:cs="" w:ascii="Times New Roman" w:hAnsi="Times New Roman"/>
                <w:kern w:val="0"/>
                <w:sz w:val="24"/>
                <w:szCs w:val="24"/>
                <w:lang w:val="en-US" w:eastAsia="en-US" w:bidi="ar-SA"/>
              </w:rPr>
            </w:r>
          </w:p>
        </w:tc>
        <w:tc>
          <w:tcPr>
            <w:tcW w:w="1098" w:type="dxa"/>
            <w:tcBorders>
              <w:top w:val="single" w:sz="6" w:space="0" w:color="7F7F7F"/>
              <w:left w:val="single" w:sz="6" w:space="0" w:color="7F7F7F"/>
              <w:bottom w:val="single" w:sz="6" w:space="0" w:color="7F7F7F"/>
              <w:right w:val="single" w:sz="6" w:space="0" w:color="7F7F7F"/>
            </w:tcBorders>
            <w:shd w:color="auto" w:fill="F2F6FA" w:val="clear"/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eastAsia="ＭＳ 明朝" w:cs=""/>
                <w:kern w:val="0"/>
                <w:sz w:val="24"/>
                <w:szCs w:val="24"/>
                <w:lang w:val="en-US" w:eastAsia="en-US" w:bidi="ar-SA"/>
              </w:rPr>
            </w:pPr>
            <w:r>
              <w:rPr>
                <w:rFonts w:eastAsia="ＭＳ 明朝" w:cs="" w:ascii="Times New Roman" w:hAnsi="Times New Roman"/>
                <w:kern w:val="0"/>
                <w:sz w:val="24"/>
                <w:szCs w:val="24"/>
                <w:lang w:val="en-US" w:eastAsia="en-US" w:bidi="ar-SA"/>
              </w:rPr>
            </w:r>
          </w:p>
        </w:tc>
        <w:tc>
          <w:tcPr>
            <w:tcW w:w="1588" w:type="dxa"/>
            <w:tcBorders>
              <w:top w:val="single" w:sz="6" w:space="0" w:color="7F7F7F"/>
              <w:left w:val="single" w:sz="6" w:space="0" w:color="7F7F7F"/>
              <w:bottom w:val="single" w:sz="6" w:space="0" w:color="7F7F7F"/>
              <w:right w:val="single" w:sz="6" w:space="0" w:color="7F7F7F"/>
            </w:tcBorders>
            <w:shd w:color="auto" w:fill="F2F6FA" w:val="clear"/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eastAsia="ＭＳ 明朝" w:cs=""/>
                <w:kern w:val="0"/>
                <w:sz w:val="24"/>
                <w:szCs w:val="24"/>
                <w:lang w:val="en-US" w:eastAsia="en-US" w:bidi="ar-SA"/>
              </w:rPr>
            </w:pPr>
            <w:r>
              <w:rPr>
                <w:rFonts w:eastAsia="ＭＳ 明朝" w:cs="" w:ascii="Times New Roman" w:hAnsi="Times New Roman"/>
                <w:kern w:val="0"/>
                <w:sz w:val="24"/>
                <w:szCs w:val="24"/>
                <w:lang w:val="en-US" w:eastAsia="en-US" w:bidi="ar-SA"/>
              </w:rPr>
            </w:r>
          </w:p>
        </w:tc>
        <w:tc>
          <w:tcPr>
            <w:tcW w:w="1800" w:type="dxa"/>
            <w:tcBorders>
              <w:top w:val="single" w:sz="6" w:space="0" w:color="7F7F7F"/>
              <w:left w:val="single" w:sz="6" w:space="0" w:color="7F7F7F"/>
              <w:bottom w:val="single" w:sz="6" w:space="0" w:color="7F7F7F"/>
              <w:right w:val="single" w:sz="6" w:space="0" w:color="7F7F7F"/>
            </w:tcBorders>
            <w:shd w:color="auto" w:fill="F2F6FA" w:val="clear"/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eastAsia="ＭＳ 明朝" w:cs=""/>
                <w:kern w:val="0"/>
                <w:sz w:val="24"/>
                <w:szCs w:val="24"/>
                <w:lang w:val="en-US" w:eastAsia="en-US" w:bidi="ar-SA"/>
              </w:rPr>
            </w:pPr>
            <w:r>
              <w:rPr>
                <w:rFonts w:eastAsia="ＭＳ 明朝" w:cs="" w:ascii="Times New Roman" w:hAnsi="Times New Roman"/>
                <w:kern w:val="0"/>
                <w:sz w:val="24"/>
                <w:szCs w:val="24"/>
                <w:lang w:val="en-US" w:eastAsia="en-US" w:bidi="ar-SA"/>
              </w:rPr>
              <w:t>Locado</w:t>
            </w:r>
          </w:p>
        </w:tc>
      </w:tr>
      <w:tr>
        <w:trPr>
          <w:trHeight w:val="345" w:hRule="atLeast"/>
        </w:trPr>
        <w:tc>
          <w:tcPr>
            <w:tcW w:w="2995" w:type="dxa"/>
            <w:tcBorders>
              <w:top w:val="single" w:sz="6" w:space="0" w:color="7F7F7F"/>
              <w:left w:val="single" w:sz="6" w:space="0" w:color="7F7F7F"/>
              <w:bottom w:val="single" w:sz="6" w:space="0" w:color="7F7F7F"/>
              <w:right w:val="single" w:sz="6" w:space="0" w:color="7F7F7F"/>
            </w:tcBorders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eastAsia="ＭＳ 明朝" w:cs=""/>
                <w:kern w:val="0"/>
                <w:sz w:val="24"/>
                <w:szCs w:val="24"/>
                <w:lang w:val="en-US" w:eastAsia="en-US" w:bidi="ar-SA"/>
              </w:rPr>
            </w:pPr>
            <w:r>
              <w:rPr>
                <w:rFonts w:eastAsia="ＭＳ 明朝" w:cs="" w:ascii="Times New Roman" w:hAnsi="Times New Roman"/>
                <w:kern w:val="0"/>
                <w:sz w:val="24"/>
                <w:szCs w:val="24"/>
                <w:lang w:val="en-US" w:eastAsia="en-US" w:bidi="ar-SA"/>
              </w:rPr>
              <w:t>Promotoria de Matriz de Camaragibe</w:t>
            </w:r>
          </w:p>
        </w:tc>
        <w:tc>
          <w:tcPr>
            <w:tcW w:w="3888" w:type="dxa"/>
            <w:tcBorders>
              <w:top w:val="single" w:sz="6" w:space="0" w:color="7F7F7F"/>
              <w:left w:val="single" w:sz="6" w:space="0" w:color="7F7F7F"/>
              <w:bottom w:val="single" w:sz="6" w:space="0" w:color="7F7F7F"/>
              <w:right w:val="single" w:sz="6" w:space="0" w:color="7F7F7F"/>
            </w:tcBorders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eastAsia="ＭＳ 明朝" w:cs=""/>
                <w:kern w:val="0"/>
                <w:sz w:val="24"/>
                <w:szCs w:val="24"/>
                <w:lang w:val="en-US" w:eastAsia="en-US" w:bidi="ar-SA"/>
              </w:rPr>
            </w:pPr>
            <w:r>
              <w:rPr>
                <w:rFonts w:eastAsia="ＭＳ 明朝" w:cs="" w:ascii="Times New Roman" w:hAnsi="Times New Roman"/>
                <w:kern w:val="0"/>
                <w:sz w:val="24"/>
                <w:szCs w:val="24"/>
                <w:lang w:val="en-US" w:eastAsia="en-US" w:bidi="ar-SA"/>
              </w:rPr>
              <w:t>Rua Santa Rita, s/n</w:t>
            </w:r>
          </w:p>
        </w:tc>
        <w:tc>
          <w:tcPr>
            <w:tcW w:w="1679" w:type="dxa"/>
            <w:tcBorders>
              <w:top w:val="single" w:sz="6" w:space="0" w:color="7F7F7F"/>
              <w:left w:val="single" w:sz="6" w:space="0" w:color="7F7F7F"/>
              <w:bottom w:val="single" w:sz="6" w:space="0" w:color="7F7F7F"/>
              <w:right w:val="single" w:sz="6" w:space="0" w:color="7F7F7F"/>
            </w:tcBorders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eastAsia="ＭＳ 明朝" w:cs=""/>
                <w:kern w:val="0"/>
                <w:sz w:val="24"/>
                <w:szCs w:val="24"/>
                <w:lang w:val="en-US" w:eastAsia="en-US" w:bidi="ar-SA"/>
              </w:rPr>
            </w:pPr>
            <w:r>
              <w:rPr>
                <w:rFonts w:eastAsia="ＭＳ 明朝" w:cs="" w:ascii="Times New Roman" w:hAnsi="Times New Roman"/>
                <w:kern w:val="0"/>
                <w:sz w:val="24"/>
                <w:szCs w:val="24"/>
                <w:lang w:val="en-US" w:eastAsia="en-US" w:bidi="ar-SA"/>
              </w:rPr>
              <w:t>57910-000</w:t>
            </w:r>
          </w:p>
        </w:tc>
        <w:tc>
          <w:tcPr>
            <w:tcW w:w="1277" w:type="dxa"/>
            <w:tcBorders>
              <w:top w:val="single" w:sz="6" w:space="0" w:color="7F7F7F"/>
              <w:left w:val="single" w:sz="6" w:space="0" w:color="7F7F7F"/>
              <w:bottom w:val="single" w:sz="6" w:space="0" w:color="7F7F7F"/>
              <w:right w:val="single" w:sz="6" w:space="0" w:color="7F7F7F"/>
            </w:tcBorders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color w:val="0563C1"/>
                <w:u w:val="single"/>
              </w:rPr>
            </w:pPr>
            <w:r>
              <w:rPr>
                <w:color w:val="0563C1"/>
                <w:u w:val="single"/>
              </w:rPr>
            </w:r>
          </w:p>
        </w:tc>
        <w:tc>
          <w:tcPr>
            <w:tcW w:w="1098" w:type="dxa"/>
            <w:tcBorders>
              <w:top w:val="single" w:sz="6" w:space="0" w:color="7F7F7F"/>
              <w:left w:val="single" w:sz="6" w:space="0" w:color="7F7F7F"/>
              <w:bottom w:val="single" w:sz="6" w:space="0" w:color="7F7F7F"/>
              <w:right w:val="single" w:sz="6" w:space="0" w:color="7F7F7F"/>
            </w:tcBorders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eastAsia="ＭＳ 明朝" w:cs=""/>
                <w:kern w:val="0"/>
                <w:sz w:val="24"/>
                <w:szCs w:val="24"/>
                <w:lang w:val="en-US" w:eastAsia="en-US" w:bidi="ar-SA"/>
              </w:rPr>
            </w:pPr>
            <w:r>
              <w:rPr>
                <w:rFonts w:eastAsia="ＭＳ 明朝" w:cs="" w:ascii="Times New Roman" w:hAnsi="Times New Roman"/>
                <w:kern w:val="0"/>
                <w:sz w:val="24"/>
                <w:szCs w:val="24"/>
                <w:lang w:val="en-US" w:eastAsia="en-US" w:bidi="ar-SA"/>
              </w:rPr>
            </w:r>
          </w:p>
        </w:tc>
        <w:tc>
          <w:tcPr>
            <w:tcW w:w="1588" w:type="dxa"/>
            <w:tcBorders>
              <w:top w:val="single" w:sz="6" w:space="0" w:color="7F7F7F"/>
              <w:left w:val="single" w:sz="6" w:space="0" w:color="7F7F7F"/>
              <w:bottom w:val="single" w:sz="6" w:space="0" w:color="7F7F7F"/>
              <w:right w:val="single" w:sz="6" w:space="0" w:color="7F7F7F"/>
            </w:tcBorders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eastAsia="ＭＳ 明朝" w:cs=""/>
                <w:kern w:val="0"/>
                <w:sz w:val="24"/>
                <w:szCs w:val="24"/>
                <w:lang w:val="en-US" w:eastAsia="en-US" w:bidi="ar-SA"/>
              </w:rPr>
            </w:pPr>
            <w:r>
              <w:rPr>
                <w:rFonts w:eastAsia="ＭＳ 明朝" w:cs="" w:ascii="Times New Roman" w:hAnsi="Times New Roman"/>
                <w:kern w:val="0"/>
                <w:sz w:val="24"/>
                <w:szCs w:val="24"/>
                <w:lang w:val="en-US" w:eastAsia="en-US" w:bidi="ar-SA"/>
              </w:rPr>
            </w:r>
          </w:p>
        </w:tc>
        <w:tc>
          <w:tcPr>
            <w:tcW w:w="1800" w:type="dxa"/>
            <w:tcBorders>
              <w:top w:val="single" w:sz="6" w:space="0" w:color="7F7F7F"/>
              <w:left w:val="single" w:sz="6" w:space="0" w:color="7F7F7F"/>
              <w:bottom w:val="single" w:sz="6" w:space="0" w:color="7F7F7F"/>
              <w:right w:val="single" w:sz="6" w:space="0" w:color="7F7F7F"/>
            </w:tcBorders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eastAsia="ＭＳ 明朝" w:cs=""/>
                <w:kern w:val="0"/>
                <w:sz w:val="24"/>
                <w:szCs w:val="24"/>
                <w:lang w:val="en-US" w:eastAsia="en-US" w:bidi="ar-SA"/>
              </w:rPr>
            </w:pPr>
            <w:r>
              <w:rPr>
                <w:rFonts w:eastAsia="ＭＳ 明朝" w:cs="" w:ascii="Times New Roman" w:hAnsi="Times New Roman"/>
                <w:kern w:val="0"/>
                <w:sz w:val="24"/>
                <w:szCs w:val="24"/>
                <w:lang w:val="en-US" w:eastAsia="en-US" w:bidi="ar-SA"/>
              </w:rPr>
              <w:t>Próprio</w:t>
            </w:r>
          </w:p>
        </w:tc>
      </w:tr>
      <w:tr>
        <w:trPr>
          <w:trHeight w:val="345" w:hRule="atLeast"/>
        </w:trPr>
        <w:tc>
          <w:tcPr>
            <w:tcW w:w="2995" w:type="dxa"/>
            <w:tcBorders>
              <w:top w:val="single" w:sz="6" w:space="0" w:color="7F7F7F"/>
              <w:left w:val="single" w:sz="6" w:space="0" w:color="7F7F7F"/>
              <w:bottom w:val="single" w:sz="6" w:space="0" w:color="7F7F7F"/>
              <w:right w:val="single" w:sz="6" w:space="0" w:color="7F7F7F"/>
            </w:tcBorders>
            <w:shd w:color="auto" w:fill="F2F6FA" w:val="clear"/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eastAsia="ＭＳ 明朝" w:cs=""/>
                <w:kern w:val="0"/>
                <w:sz w:val="24"/>
                <w:szCs w:val="24"/>
                <w:lang w:val="en-US" w:eastAsia="en-US" w:bidi="ar-SA"/>
              </w:rPr>
            </w:pPr>
            <w:r>
              <w:rPr>
                <w:rFonts w:eastAsia="ＭＳ 明朝" w:cs="" w:ascii="Times New Roman" w:hAnsi="Times New Roman"/>
                <w:kern w:val="0"/>
                <w:sz w:val="24"/>
                <w:szCs w:val="24"/>
                <w:lang w:val="en-US" w:eastAsia="en-US" w:bidi="ar-SA"/>
              </w:rPr>
              <w:t>Promotoria de Maragogi</w:t>
            </w:r>
          </w:p>
        </w:tc>
        <w:tc>
          <w:tcPr>
            <w:tcW w:w="3888" w:type="dxa"/>
            <w:tcBorders>
              <w:top w:val="single" w:sz="6" w:space="0" w:color="7F7F7F"/>
              <w:left w:val="single" w:sz="6" w:space="0" w:color="7F7F7F"/>
              <w:bottom w:val="single" w:sz="6" w:space="0" w:color="7F7F7F"/>
              <w:right w:val="single" w:sz="6" w:space="0" w:color="7F7F7F"/>
            </w:tcBorders>
            <w:shd w:color="auto" w:fill="F2F6FA" w:val="clear"/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eastAsia="ＭＳ 明朝" w:cs=""/>
                <w:kern w:val="0"/>
                <w:sz w:val="24"/>
                <w:szCs w:val="24"/>
                <w:lang w:val="en-US" w:eastAsia="en-US" w:bidi="ar-SA"/>
              </w:rPr>
            </w:pPr>
            <w:r>
              <w:rPr>
                <w:rFonts w:eastAsia="ＭＳ 明朝" w:cs="" w:ascii="Times New Roman" w:hAnsi="Times New Roman"/>
                <w:kern w:val="0"/>
                <w:sz w:val="24"/>
                <w:szCs w:val="24"/>
                <w:lang w:val="en-US" w:eastAsia="en-US" w:bidi="ar-SA"/>
              </w:rPr>
              <w:t>Rod. AL 101 Norte, s/n</w:t>
            </w:r>
          </w:p>
        </w:tc>
        <w:tc>
          <w:tcPr>
            <w:tcW w:w="1679" w:type="dxa"/>
            <w:tcBorders>
              <w:top w:val="single" w:sz="6" w:space="0" w:color="7F7F7F"/>
              <w:left w:val="single" w:sz="6" w:space="0" w:color="7F7F7F"/>
              <w:bottom w:val="single" w:sz="6" w:space="0" w:color="7F7F7F"/>
              <w:right w:val="single" w:sz="6" w:space="0" w:color="7F7F7F"/>
            </w:tcBorders>
            <w:shd w:color="auto" w:fill="F2F6FA" w:val="clear"/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eastAsia="ＭＳ 明朝" w:cs=""/>
                <w:kern w:val="0"/>
                <w:sz w:val="24"/>
                <w:szCs w:val="24"/>
                <w:lang w:val="en-US" w:eastAsia="en-US" w:bidi="ar-SA"/>
              </w:rPr>
            </w:pPr>
            <w:r>
              <w:rPr>
                <w:rFonts w:eastAsia="ＭＳ 明朝" w:cs="" w:ascii="Times New Roman" w:hAnsi="Times New Roman"/>
                <w:kern w:val="0"/>
                <w:sz w:val="24"/>
                <w:szCs w:val="24"/>
                <w:lang w:val="en-US" w:eastAsia="en-US" w:bidi="ar-SA"/>
              </w:rPr>
              <w:t>57955-000</w:t>
            </w:r>
          </w:p>
        </w:tc>
        <w:tc>
          <w:tcPr>
            <w:tcW w:w="1277" w:type="dxa"/>
            <w:tcBorders>
              <w:top w:val="single" w:sz="6" w:space="0" w:color="7F7F7F"/>
              <w:left w:val="single" w:sz="6" w:space="0" w:color="7F7F7F"/>
              <w:bottom w:val="single" w:sz="6" w:space="0" w:color="7F7F7F"/>
              <w:right w:val="single" w:sz="6" w:space="0" w:color="7F7F7F"/>
            </w:tcBorders>
            <w:shd w:color="auto" w:fill="F2F6FA" w:val="clear"/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color w:val="0563C1"/>
                <w:u w:val="single"/>
              </w:rPr>
            </w:pPr>
            <w:r>
              <w:rPr>
                <w:color w:val="0563C1"/>
                <w:u w:val="single"/>
              </w:rPr>
            </w:r>
          </w:p>
        </w:tc>
        <w:tc>
          <w:tcPr>
            <w:tcW w:w="1098" w:type="dxa"/>
            <w:tcBorders>
              <w:top w:val="single" w:sz="6" w:space="0" w:color="7F7F7F"/>
              <w:left w:val="single" w:sz="6" w:space="0" w:color="7F7F7F"/>
              <w:bottom w:val="single" w:sz="6" w:space="0" w:color="7F7F7F"/>
              <w:right w:val="single" w:sz="6" w:space="0" w:color="7F7F7F"/>
            </w:tcBorders>
            <w:shd w:color="auto" w:fill="F2F6FA" w:val="clear"/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eastAsia="ＭＳ 明朝" w:cs=""/>
                <w:kern w:val="0"/>
                <w:sz w:val="24"/>
                <w:szCs w:val="24"/>
                <w:lang w:val="en-US" w:eastAsia="en-US" w:bidi="ar-SA"/>
              </w:rPr>
            </w:pPr>
            <w:r>
              <w:rPr>
                <w:rFonts w:eastAsia="ＭＳ 明朝" w:cs="" w:ascii="Times New Roman" w:hAnsi="Times New Roman"/>
                <w:kern w:val="0"/>
                <w:sz w:val="24"/>
                <w:szCs w:val="24"/>
                <w:lang w:val="en-US" w:eastAsia="en-US" w:bidi="ar-SA"/>
              </w:rPr>
            </w:r>
          </w:p>
        </w:tc>
        <w:tc>
          <w:tcPr>
            <w:tcW w:w="1588" w:type="dxa"/>
            <w:tcBorders>
              <w:top w:val="single" w:sz="6" w:space="0" w:color="7F7F7F"/>
              <w:left w:val="single" w:sz="6" w:space="0" w:color="7F7F7F"/>
              <w:bottom w:val="single" w:sz="6" w:space="0" w:color="7F7F7F"/>
              <w:right w:val="single" w:sz="6" w:space="0" w:color="7F7F7F"/>
            </w:tcBorders>
            <w:shd w:color="auto" w:fill="F2F6FA" w:val="clear"/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eastAsia="ＭＳ 明朝" w:cs=""/>
                <w:kern w:val="0"/>
                <w:sz w:val="24"/>
                <w:szCs w:val="24"/>
                <w:lang w:val="en-US" w:eastAsia="en-US" w:bidi="ar-SA"/>
              </w:rPr>
            </w:pPr>
            <w:r>
              <w:rPr>
                <w:rFonts w:eastAsia="ＭＳ 明朝" w:cs="" w:ascii="Times New Roman" w:hAnsi="Times New Roman"/>
                <w:kern w:val="0"/>
                <w:sz w:val="24"/>
                <w:szCs w:val="24"/>
                <w:lang w:val="en-US" w:eastAsia="en-US" w:bidi="ar-SA"/>
              </w:rPr>
            </w:r>
          </w:p>
        </w:tc>
        <w:tc>
          <w:tcPr>
            <w:tcW w:w="1800" w:type="dxa"/>
            <w:tcBorders>
              <w:top w:val="single" w:sz="6" w:space="0" w:color="7F7F7F"/>
              <w:left w:val="single" w:sz="6" w:space="0" w:color="7F7F7F"/>
              <w:bottom w:val="single" w:sz="6" w:space="0" w:color="7F7F7F"/>
              <w:right w:val="single" w:sz="6" w:space="0" w:color="7F7F7F"/>
            </w:tcBorders>
            <w:shd w:color="auto" w:fill="F2F6FA" w:val="clear"/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eastAsia="ＭＳ 明朝" w:cs=""/>
                <w:kern w:val="0"/>
                <w:sz w:val="24"/>
                <w:szCs w:val="24"/>
                <w:lang w:val="en-US" w:eastAsia="en-US" w:bidi="ar-SA"/>
              </w:rPr>
            </w:pPr>
            <w:r>
              <w:rPr>
                <w:rFonts w:eastAsia="ＭＳ 明朝" w:cs="" w:ascii="Times New Roman" w:hAnsi="Times New Roman"/>
                <w:kern w:val="0"/>
                <w:sz w:val="24"/>
                <w:szCs w:val="24"/>
                <w:lang w:val="en-US" w:eastAsia="en-US" w:bidi="ar-SA"/>
              </w:rPr>
              <w:t>Próprio</w:t>
            </w:r>
          </w:p>
        </w:tc>
      </w:tr>
      <w:tr>
        <w:trPr>
          <w:trHeight w:val="345" w:hRule="atLeast"/>
        </w:trPr>
        <w:tc>
          <w:tcPr>
            <w:tcW w:w="2995" w:type="dxa"/>
            <w:tcBorders>
              <w:top w:val="single" w:sz="6" w:space="0" w:color="7F7F7F"/>
              <w:left w:val="single" w:sz="6" w:space="0" w:color="7F7F7F"/>
              <w:bottom w:val="single" w:sz="6" w:space="0" w:color="7F7F7F"/>
              <w:right w:val="single" w:sz="6" w:space="0" w:color="7F7F7F"/>
            </w:tcBorders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eastAsia="ＭＳ 明朝" w:cs=""/>
                <w:kern w:val="0"/>
                <w:sz w:val="24"/>
                <w:szCs w:val="24"/>
                <w:lang w:val="en-US" w:eastAsia="en-US" w:bidi="ar-SA"/>
              </w:rPr>
            </w:pPr>
            <w:r>
              <w:rPr>
                <w:rFonts w:eastAsia="ＭＳ 明朝" w:cs="" w:ascii="Times New Roman" w:hAnsi="Times New Roman"/>
                <w:kern w:val="0"/>
                <w:sz w:val="24"/>
                <w:szCs w:val="24"/>
                <w:lang w:val="en-US" w:eastAsia="en-US" w:bidi="ar-SA"/>
              </w:rPr>
              <w:t>Promotoria de Murici</w:t>
            </w:r>
          </w:p>
        </w:tc>
        <w:tc>
          <w:tcPr>
            <w:tcW w:w="3888" w:type="dxa"/>
            <w:tcBorders>
              <w:top w:val="single" w:sz="6" w:space="0" w:color="7F7F7F"/>
              <w:left w:val="single" w:sz="6" w:space="0" w:color="7F7F7F"/>
              <w:bottom w:val="single" w:sz="6" w:space="0" w:color="7F7F7F"/>
              <w:right w:val="single" w:sz="6" w:space="0" w:color="7F7F7F"/>
            </w:tcBorders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eastAsia="ＭＳ 明朝" w:cs=""/>
                <w:kern w:val="0"/>
                <w:sz w:val="24"/>
                <w:szCs w:val="24"/>
                <w:lang w:val="en-US" w:eastAsia="en-US" w:bidi="ar-SA"/>
              </w:rPr>
            </w:pPr>
            <w:r>
              <w:rPr>
                <w:rFonts w:eastAsia="ＭＳ 明朝" w:cs="" w:ascii="Times New Roman" w:hAnsi="Times New Roman"/>
                <w:kern w:val="0"/>
                <w:sz w:val="24"/>
                <w:szCs w:val="24"/>
                <w:lang w:val="en-US" w:eastAsia="en-US" w:bidi="ar-SA"/>
              </w:rPr>
              <w:t>Rua Wellington Gomes Calheiros, s/n</w:t>
            </w:r>
          </w:p>
        </w:tc>
        <w:tc>
          <w:tcPr>
            <w:tcW w:w="1679" w:type="dxa"/>
            <w:tcBorders>
              <w:top w:val="single" w:sz="6" w:space="0" w:color="7F7F7F"/>
              <w:left w:val="single" w:sz="6" w:space="0" w:color="7F7F7F"/>
              <w:bottom w:val="single" w:sz="6" w:space="0" w:color="7F7F7F"/>
              <w:right w:val="single" w:sz="6" w:space="0" w:color="7F7F7F"/>
            </w:tcBorders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eastAsia="ＭＳ 明朝" w:cs=""/>
                <w:kern w:val="0"/>
                <w:sz w:val="24"/>
                <w:szCs w:val="24"/>
                <w:lang w:val="en-US" w:eastAsia="en-US" w:bidi="ar-SA"/>
              </w:rPr>
            </w:pPr>
            <w:r>
              <w:rPr>
                <w:rFonts w:eastAsia="ＭＳ 明朝" w:cs="" w:ascii="Times New Roman" w:hAnsi="Times New Roman"/>
                <w:kern w:val="0"/>
                <w:sz w:val="24"/>
                <w:szCs w:val="24"/>
                <w:lang w:val="en-US" w:eastAsia="en-US" w:bidi="ar-SA"/>
              </w:rPr>
              <w:t>57820-000</w:t>
            </w:r>
          </w:p>
        </w:tc>
        <w:tc>
          <w:tcPr>
            <w:tcW w:w="1277" w:type="dxa"/>
            <w:tcBorders>
              <w:top w:val="single" w:sz="6" w:space="0" w:color="7F7F7F"/>
              <w:left w:val="single" w:sz="6" w:space="0" w:color="7F7F7F"/>
              <w:bottom w:val="single" w:sz="6" w:space="0" w:color="7F7F7F"/>
              <w:right w:val="single" w:sz="6" w:space="0" w:color="7F7F7F"/>
            </w:tcBorders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color w:val="0563C1"/>
                <w:u w:val="single"/>
              </w:rPr>
            </w:pPr>
            <w:r>
              <w:rPr>
                <w:color w:val="0563C1"/>
                <w:u w:val="single"/>
              </w:rPr>
            </w:r>
          </w:p>
        </w:tc>
        <w:tc>
          <w:tcPr>
            <w:tcW w:w="1098" w:type="dxa"/>
            <w:tcBorders>
              <w:top w:val="single" w:sz="6" w:space="0" w:color="7F7F7F"/>
              <w:left w:val="single" w:sz="6" w:space="0" w:color="7F7F7F"/>
              <w:bottom w:val="single" w:sz="6" w:space="0" w:color="7F7F7F"/>
              <w:right w:val="single" w:sz="6" w:space="0" w:color="7F7F7F"/>
            </w:tcBorders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eastAsia="ＭＳ 明朝" w:cs=""/>
                <w:kern w:val="0"/>
                <w:sz w:val="24"/>
                <w:szCs w:val="24"/>
                <w:lang w:val="en-US" w:eastAsia="en-US" w:bidi="ar-SA"/>
              </w:rPr>
            </w:pPr>
            <w:r>
              <w:rPr>
                <w:rFonts w:eastAsia="ＭＳ 明朝" w:cs="" w:ascii="Times New Roman" w:hAnsi="Times New Roman"/>
                <w:kern w:val="0"/>
                <w:sz w:val="24"/>
                <w:szCs w:val="24"/>
                <w:lang w:val="en-US" w:eastAsia="en-US" w:bidi="ar-SA"/>
              </w:rPr>
            </w:r>
          </w:p>
        </w:tc>
        <w:tc>
          <w:tcPr>
            <w:tcW w:w="1588" w:type="dxa"/>
            <w:tcBorders>
              <w:top w:val="single" w:sz="6" w:space="0" w:color="7F7F7F"/>
              <w:left w:val="single" w:sz="6" w:space="0" w:color="7F7F7F"/>
              <w:bottom w:val="single" w:sz="6" w:space="0" w:color="7F7F7F"/>
              <w:right w:val="single" w:sz="6" w:space="0" w:color="7F7F7F"/>
            </w:tcBorders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eastAsia="ＭＳ 明朝" w:cs=""/>
                <w:kern w:val="0"/>
                <w:sz w:val="24"/>
                <w:szCs w:val="24"/>
                <w:lang w:val="en-US" w:eastAsia="en-US" w:bidi="ar-SA"/>
              </w:rPr>
            </w:pPr>
            <w:r>
              <w:rPr>
                <w:rFonts w:eastAsia="ＭＳ 明朝" w:cs="" w:ascii="Times New Roman" w:hAnsi="Times New Roman"/>
                <w:kern w:val="0"/>
                <w:sz w:val="24"/>
                <w:szCs w:val="24"/>
                <w:lang w:val="en-US" w:eastAsia="en-US" w:bidi="ar-SA"/>
              </w:rPr>
            </w:r>
          </w:p>
        </w:tc>
        <w:tc>
          <w:tcPr>
            <w:tcW w:w="1800" w:type="dxa"/>
            <w:tcBorders>
              <w:top w:val="single" w:sz="6" w:space="0" w:color="7F7F7F"/>
              <w:left w:val="single" w:sz="6" w:space="0" w:color="7F7F7F"/>
              <w:bottom w:val="single" w:sz="6" w:space="0" w:color="7F7F7F"/>
              <w:right w:val="single" w:sz="6" w:space="0" w:color="7F7F7F"/>
            </w:tcBorders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eastAsia="ＭＳ 明朝" w:cs=""/>
                <w:kern w:val="0"/>
                <w:sz w:val="24"/>
                <w:szCs w:val="24"/>
                <w:lang w:val="en-US" w:eastAsia="en-US" w:bidi="ar-SA"/>
              </w:rPr>
            </w:pPr>
            <w:r>
              <w:rPr>
                <w:rFonts w:eastAsia="ＭＳ 明朝" w:cs="" w:ascii="Times New Roman" w:hAnsi="Times New Roman"/>
                <w:kern w:val="0"/>
                <w:sz w:val="24"/>
                <w:szCs w:val="24"/>
                <w:lang w:val="en-US" w:eastAsia="en-US" w:bidi="ar-SA"/>
              </w:rPr>
              <w:t>Próprio</w:t>
            </w:r>
          </w:p>
        </w:tc>
      </w:tr>
      <w:tr>
        <w:trPr>
          <w:trHeight w:val="345" w:hRule="atLeast"/>
        </w:trPr>
        <w:tc>
          <w:tcPr>
            <w:tcW w:w="2995" w:type="dxa"/>
            <w:tcBorders>
              <w:top w:val="single" w:sz="6" w:space="0" w:color="7F7F7F"/>
              <w:left w:val="single" w:sz="6" w:space="0" w:color="7F7F7F"/>
              <w:bottom w:val="single" w:sz="6" w:space="0" w:color="7F7F7F"/>
              <w:right w:val="single" w:sz="6" w:space="0" w:color="7F7F7F"/>
            </w:tcBorders>
            <w:shd w:color="auto" w:fill="F2F6FA" w:val="clear"/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eastAsia="ＭＳ 明朝" w:cs=""/>
                <w:kern w:val="0"/>
                <w:sz w:val="24"/>
                <w:szCs w:val="24"/>
                <w:lang w:val="en-US" w:eastAsia="en-US" w:bidi="ar-SA"/>
              </w:rPr>
            </w:pPr>
            <w:r>
              <w:rPr>
                <w:rFonts w:eastAsia="ＭＳ 明朝" w:cs="" w:ascii="Times New Roman" w:hAnsi="Times New Roman"/>
                <w:kern w:val="0"/>
                <w:sz w:val="24"/>
                <w:szCs w:val="24"/>
                <w:lang w:val="en-US" w:eastAsia="en-US" w:bidi="ar-SA"/>
              </w:rPr>
              <w:t>Promotoria de Atalaia</w:t>
            </w:r>
          </w:p>
        </w:tc>
        <w:tc>
          <w:tcPr>
            <w:tcW w:w="3888" w:type="dxa"/>
            <w:tcBorders>
              <w:top w:val="single" w:sz="6" w:space="0" w:color="7F7F7F"/>
              <w:left w:val="single" w:sz="6" w:space="0" w:color="7F7F7F"/>
              <w:bottom w:val="single" w:sz="6" w:space="0" w:color="7F7F7F"/>
              <w:right w:val="single" w:sz="6" w:space="0" w:color="7F7F7F"/>
            </w:tcBorders>
            <w:shd w:color="auto" w:fill="F2F6FA" w:val="clear"/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eastAsia="ＭＳ 明朝" w:cs=""/>
                <w:kern w:val="0"/>
                <w:sz w:val="24"/>
                <w:szCs w:val="24"/>
                <w:lang w:val="en-US" w:eastAsia="en-US" w:bidi="ar-SA"/>
              </w:rPr>
            </w:pPr>
            <w:r>
              <w:rPr>
                <w:rFonts w:eastAsia="ＭＳ 明朝" w:cs="" w:ascii="Times New Roman" w:hAnsi="Times New Roman"/>
                <w:kern w:val="0"/>
                <w:sz w:val="24"/>
                <w:szCs w:val="24"/>
                <w:lang w:val="en-US" w:eastAsia="en-US" w:bidi="ar-SA"/>
              </w:rPr>
              <w:t>Rua José Paulino, s/n</w:t>
            </w:r>
          </w:p>
        </w:tc>
        <w:tc>
          <w:tcPr>
            <w:tcW w:w="1679" w:type="dxa"/>
            <w:tcBorders>
              <w:top w:val="single" w:sz="6" w:space="0" w:color="7F7F7F"/>
              <w:left w:val="single" w:sz="6" w:space="0" w:color="7F7F7F"/>
              <w:bottom w:val="single" w:sz="6" w:space="0" w:color="7F7F7F"/>
              <w:right w:val="single" w:sz="6" w:space="0" w:color="7F7F7F"/>
            </w:tcBorders>
            <w:shd w:color="auto" w:fill="F2F6FA" w:val="clear"/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eastAsia="ＭＳ 明朝" w:cs=""/>
                <w:kern w:val="0"/>
                <w:sz w:val="24"/>
                <w:szCs w:val="24"/>
                <w:lang w:val="en-US" w:eastAsia="en-US" w:bidi="ar-SA"/>
              </w:rPr>
            </w:pPr>
            <w:r>
              <w:rPr>
                <w:rFonts w:eastAsia="ＭＳ 明朝" w:cs="" w:ascii="Times New Roman" w:hAnsi="Times New Roman"/>
                <w:kern w:val="0"/>
                <w:sz w:val="24"/>
                <w:szCs w:val="24"/>
                <w:lang w:val="en-US" w:eastAsia="en-US" w:bidi="ar-SA"/>
              </w:rPr>
              <w:t>57690-000</w:t>
            </w:r>
          </w:p>
        </w:tc>
        <w:tc>
          <w:tcPr>
            <w:tcW w:w="1277" w:type="dxa"/>
            <w:tcBorders>
              <w:top w:val="single" w:sz="6" w:space="0" w:color="7F7F7F"/>
              <w:left w:val="single" w:sz="6" w:space="0" w:color="7F7F7F"/>
              <w:bottom w:val="single" w:sz="6" w:space="0" w:color="7F7F7F"/>
              <w:right w:val="single" w:sz="6" w:space="0" w:color="7F7F7F"/>
            </w:tcBorders>
            <w:shd w:color="auto" w:fill="F2F6FA" w:val="clear"/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color w:val="0563C1"/>
                <w:u w:val="single"/>
              </w:rPr>
            </w:pPr>
            <w:r>
              <w:rPr>
                <w:color w:val="0563C1"/>
                <w:u w:val="single"/>
              </w:rPr>
            </w:r>
          </w:p>
        </w:tc>
        <w:tc>
          <w:tcPr>
            <w:tcW w:w="1098" w:type="dxa"/>
            <w:tcBorders>
              <w:top w:val="single" w:sz="6" w:space="0" w:color="7F7F7F"/>
              <w:left w:val="single" w:sz="6" w:space="0" w:color="7F7F7F"/>
              <w:bottom w:val="single" w:sz="6" w:space="0" w:color="7F7F7F"/>
              <w:right w:val="single" w:sz="6" w:space="0" w:color="7F7F7F"/>
            </w:tcBorders>
            <w:shd w:color="auto" w:fill="F2F6FA" w:val="clear"/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eastAsia="ＭＳ 明朝" w:cs=""/>
                <w:kern w:val="0"/>
                <w:sz w:val="24"/>
                <w:szCs w:val="24"/>
                <w:lang w:val="en-US" w:eastAsia="en-US" w:bidi="ar-SA"/>
              </w:rPr>
            </w:pPr>
            <w:r>
              <w:rPr>
                <w:rFonts w:eastAsia="ＭＳ 明朝" w:cs="" w:ascii="Times New Roman" w:hAnsi="Times New Roman"/>
                <w:kern w:val="0"/>
                <w:sz w:val="24"/>
                <w:szCs w:val="24"/>
                <w:lang w:val="en-US" w:eastAsia="en-US" w:bidi="ar-SA"/>
              </w:rPr>
            </w:r>
          </w:p>
        </w:tc>
        <w:tc>
          <w:tcPr>
            <w:tcW w:w="1588" w:type="dxa"/>
            <w:tcBorders>
              <w:top w:val="single" w:sz="6" w:space="0" w:color="7F7F7F"/>
              <w:left w:val="single" w:sz="6" w:space="0" w:color="7F7F7F"/>
              <w:bottom w:val="single" w:sz="6" w:space="0" w:color="7F7F7F"/>
              <w:right w:val="single" w:sz="6" w:space="0" w:color="7F7F7F"/>
            </w:tcBorders>
            <w:shd w:color="auto" w:fill="F2F6FA" w:val="clear"/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eastAsia="ＭＳ 明朝" w:cs=""/>
                <w:kern w:val="0"/>
                <w:sz w:val="24"/>
                <w:szCs w:val="24"/>
                <w:lang w:val="en-US" w:eastAsia="en-US" w:bidi="ar-SA"/>
              </w:rPr>
            </w:pPr>
            <w:r>
              <w:rPr>
                <w:rFonts w:eastAsia="ＭＳ 明朝" w:cs="" w:ascii="Times New Roman" w:hAnsi="Times New Roman"/>
                <w:kern w:val="0"/>
                <w:sz w:val="24"/>
                <w:szCs w:val="24"/>
                <w:lang w:val="en-US" w:eastAsia="en-US" w:bidi="ar-SA"/>
              </w:rPr>
            </w:r>
          </w:p>
        </w:tc>
        <w:tc>
          <w:tcPr>
            <w:tcW w:w="1800" w:type="dxa"/>
            <w:tcBorders>
              <w:top w:val="single" w:sz="6" w:space="0" w:color="7F7F7F"/>
              <w:left w:val="single" w:sz="6" w:space="0" w:color="7F7F7F"/>
              <w:bottom w:val="single" w:sz="6" w:space="0" w:color="7F7F7F"/>
              <w:right w:val="single" w:sz="6" w:space="0" w:color="7F7F7F"/>
            </w:tcBorders>
            <w:shd w:color="auto" w:fill="F2F6FA" w:val="clear"/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eastAsia="ＭＳ 明朝" w:cs=""/>
                <w:kern w:val="0"/>
                <w:sz w:val="24"/>
                <w:szCs w:val="24"/>
                <w:lang w:val="en-US" w:eastAsia="en-US" w:bidi="ar-SA"/>
              </w:rPr>
            </w:pPr>
            <w:r>
              <w:rPr>
                <w:rFonts w:eastAsia="ＭＳ 明朝" w:cs="" w:ascii="Times New Roman" w:hAnsi="Times New Roman"/>
                <w:kern w:val="0"/>
                <w:sz w:val="24"/>
                <w:szCs w:val="24"/>
                <w:lang w:val="en-US" w:eastAsia="en-US" w:bidi="ar-SA"/>
              </w:rPr>
              <w:t>Próprio</w:t>
            </w:r>
          </w:p>
        </w:tc>
      </w:tr>
      <w:tr>
        <w:trPr>
          <w:trHeight w:val="345" w:hRule="atLeast"/>
        </w:trPr>
        <w:tc>
          <w:tcPr>
            <w:tcW w:w="2995" w:type="dxa"/>
            <w:tcBorders>
              <w:top w:val="single" w:sz="6" w:space="0" w:color="7F7F7F"/>
              <w:left w:val="single" w:sz="6" w:space="0" w:color="7F7F7F"/>
              <w:bottom w:val="single" w:sz="6" w:space="0" w:color="7F7F7F"/>
              <w:right w:val="single" w:sz="6" w:space="0" w:color="7F7F7F"/>
            </w:tcBorders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eastAsia="ＭＳ 明朝" w:cs=""/>
                <w:kern w:val="0"/>
                <w:sz w:val="24"/>
                <w:szCs w:val="24"/>
                <w:lang w:val="en-US" w:eastAsia="en-US" w:bidi="ar-SA"/>
              </w:rPr>
            </w:pPr>
            <w:r>
              <w:rPr>
                <w:rFonts w:eastAsia="ＭＳ 明朝" w:cs="" w:ascii="Times New Roman" w:hAnsi="Times New Roman"/>
                <w:kern w:val="0"/>
                <w:sz w:val="24"/>
                <w:szCs w:val="24"/>
                <w:lang w:val="en-US" w:eastAsia="en-US" w:bidi="ar-SA"/>
              </w:rPr>
              <w:t>Promotoria de Marechal Deodoro</w:t>
            </w:r>
          </w:p>
        </w:tc>
        <w:tc>
          <w:tcPr>
            <w:tcW w:w="3888" w:type="dxa"/>
            <w:tcBorders>
              <w:top w:val="single" w:sz="6" w:space="0" w:color="7F7F7F"/>
              <w:left w:val="single" w:sz="6" w:space="0" w:color="7F7F7F"/>
              <w:bottom w:val="single" w:sz="6" w:space="0" w:color="7F7F7F"/>
              <w:right w:val="single" w:sz="6" w:space="0" w:color="7F7F7F"/>
            </w:tcBorders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eastAsia="ＭＳ 明朝" w:cs=""/>
                <w:kern w:val="0"/>
                <w:sz w:val="24"/>
                <w:szCs w:val="24"/>
                <w:lang w:val="en-US" w:eastAsia="en-US" w:bidi="ar-SA"/>
              </w:rPr>
            </w:pPr>
            <w:r>
              <w:rPr>
                <w:rFonts w:eastAsia="ＭＳ 明朝" w:cs="" w:ascii="Times New Roman" w:hAnsi="Times New Roman"/>
                <w:kern w:val="0"/>
                <w:sz w:val="24"/>
                <w:szCs w:val="24"/>
                <w:lang w:val="en-US" w:eastAsia="en-US" w:bidi="ar-SA"/>
              </w:rPr>
              <w:t>Rod. Edval Lemos, s/n</w:t>
            </w:r>
          </w:p>
        </w:tc>
        <w:tc>
          <w:tcPr>
            <w:tcW w:w="1679" w:type="dxa"/>
            <w:tcBorders>
              <w:top w:val="single" w:sz="6" w:space="0" w:color="7F7F7F"/>
              <w:left w:val="single" w:sz="6" w:space="0" w:color="7F7F7F"/>
              <w:bottom w:val="single" w:sz="6" w:space="0" w:color="7F7F7F"/>
              <w:right w:val="single" w:sz="6" w:space="0" w:color="7F7F7F"/>
            </w:tcBorders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eastAsia="ＭＳ 明朝" w:cs=""/>
                <w:kern w:val="0"/>
                <w:sz w:val="24"/>
                <w:szCs w:val="24"/>
                <w:lang w:val="en-US" w:eastAsia="en-US" w:bidi="ar-SA"/>
              </w:rPr>
            </w:pPr>
            <w:r>
              <w:rPr>
                <w:rFonts w:eastAsia="ＭＳ 明朝" w:cs="" w:ascii="Times New Roman" w:hAnsi="Times New Roman"/>
                <w:kern w:val="0"/>
                <w:sz w:val="24"/>
                <w:szCs w:val="24"/>
                <w:lang w:val="en-US" w:eastAsia="en-US" w:bidi="ar-SA"/>
              </w:rPr>
              <w:t>57160-000</w:t>
            </w:r>
          </w:p>
        </w:tc>
        <w:tc>
          <w:tcPr>
            <w:tcW w:w="1277" w:type="dxa"/>
            <w:tcBorders>
              <w:top w:val="single" w:sz="6" w:space="0" w:color="7F7F7F"/>
              <w:left w:val="single" w:sz="6" w:space="0" w:color="7F7F7F"/>
              <w:bottom w:val="single" w:sz="6" w:space="0" w:color="7F7F7F"/>
              <w:right w:val="single" w:sz="6" w:space="0" w:color="7F7F7F"/>
            </w:tcBorders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color w:val="0563C1"/>
                <w:u w:val="single"/>
              </w:rPr>
            </w:pPr>
            <w:r>
              <w:rPr>
                <w:color w:val="0563C1"/>
                <w:u w:val="single"/>
              </w:rPr>
            </w:r>
          </w:p>
        </w:tc>
        <w:tc>
          <w:tcPr>
            <w:tcW w:w="1098" w:type="dxa"/>
            <w:tcBorders>
              <w:top w:val="single" w:sz="6" w:space="0" w:color="7F7F7F"/>
              <w:left w:val="single" w:sz="6" w:space="0" w:color="7F7F7F"/>
              <w:bottom w:val="single" w:sz="6" w:space="0" w:color="7F7F7F"/>
              <w:right w:val="single" w:sz="6" w:space="0" w:color="7F7F7F"/>
            </w:tcBorders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eastAsia="ＭＳ 明朝" w:cs=""/>
                <w:kern w:val="0"/>
                <w:sz w:val="24"/>
                <w:szCs w:val="24"/>
                <w:lang w:val="en-US" w:eastAsia="en-US" w:bidi="ar-SA"/>
              </w:rPr>
            </w:pPr>
            <w:r>
              <w:rPr>
                <w:rFonts w:eastAsia="ＭＳ 明朝" w:cs="" w:ascii="Times New Roman" w:hAnsi="Times New Roman"/>
                <w:kern w:val="0"/>
                <w:sz w:val="24"/>
                <w:szCs w:val="24"/>
                <w:lang w:val="en-US" w:eastAsia="en-US" w:bidi="ar-SA"/>
              </w:rPr>
            </w:r>
          </w:p>
        </w:tc>
        <w:tc>
          <w:tcPr>
            <w:tcW w:w="1588" w:type="dxa"/>
            <w:tcBorders>
              <w:top w:val="single" w:sz="6" w:space="0" w:color="7F7F7F"/>
              <w:left w:val="single" w:sz="6" w:space="0" w:color="7F7F7F"/>
              <w:bottom w:val="single" w:sz="6" w:space="0" w:color="7F7F7F"/>
              <w:right w:val="single" w:sz="6" w:space="0" w:color="7F7F7F"/>
            </w:tcBorders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eastAsia="ＭＳ 明朝" w:cs=""/>
                <w:kern w:val="0"/>
                <w:sz w:val="24"/>
                <w:szCs w:val="24"/>
                <w:lang w:val="en-US" w:eastAsia="en-US" w:bidi="ar-SA"/>
              </w:rPr>
            </w:pPr>
            <w:r>
              <w:rPr>
                <w:rFonts w:eastAsia="ＭＳ 明朝" w:cs="" w:ascii="Times New Roman" w:hAnsi="Times New Roman"/>
                <w:kern w:val="0"/>
                <w:sz w:val="24"/>
                <w:szCs w:val="24"/>
                <w:lang w:val="en-US" w:eastAsia="en-US" w:bidi="ar-SA"/>
              </w:rPr>
            </w:r>
          </w:p>
        </w:tc>
        <w:tc>
          <w:tcPr>
            <w:tcW w:w="1800" w:type="dxa"/>
            <w:tcBorders>
              <w:top w:val="single" w:sz="6" w:space="0" w:color="7F7F7F"/>
              <w:left w:val="single" w:sz="6" w:space="0" w:color="7F7F7F"/>
              <w:bottom w:val="single" w:sz="6" w:space="0" w:color="7F7F7F"/>
              <w:right w:val="single" w:sz="6" w:space="0" w:color="7F7F7F"/>
            </w:tcBorders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eastAsia="ＭＳ 明朝" w:cs=""/>
                <w:kern w:val="0"/>
                <w:sz w:val="24"/>
                <w:szCs w:val="24"/>
                <w:lang w:val="en-US" w:eastAsia="en-US" w:bidi="ar-SA"/>
              </w:rPr>
            </w:pPr>
            <w:r>
              <w:rPr>
                <w:rFonts w:eastAsia="ＭＳ 明朝" w:cs="" w:ascii="Times New Roman" w:hAnsi="Times New Roman"/>
                <w:kern w:val="0"/>
                <w:sz w:val="24"/>
                <w:szCs w:val="24"/>
                <w:lang w:val="en-US" w:eastAsia="en-US" w:bidi="ar-SA"/>
              </w:rPr>
              <w:t>Próprio</w:t>
            </w:r>
          </w:p>
        </w:tc>
      </w:tr>
      <w:tr>
        <w:trPr>
          <w:trHeight w:val="345" w:hRule="atLeast"/>
        </w:trPr>
        <w:tc>
          <w:tcPr>
            <w:tcW w:w="2995" w:type="dxa"/>
            <w:tcBorders>
              <w:top w:val="single" w:sz="6" w:space="0" w:color="7F7F7F"/>
              <w:left w:val="single" w:sz="6" w:space="0" w:color="7F7F7F"/>
              <w:bottom w:val="single" w:sz="6" w:space="0" w:color="7F7F7F"/>
              <w:right w:val="single" w:sz="6" w:space="0" w:color="7F7F7F"/>
            </w:tcBorders>
            <w:shd w:color="auto" w:fill="F2F6FA" w:val="clear"/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eastAsia="ＭＳ 明朝" w:cs=""/>
                <w:kern w:val="0"/>
                <w:sz w:val="24"/>
                <w:szCs w:val="24"/>
                <w:lang w:val="en-US" w:eastAsia="en-US" w:bidi="ar-SA"/>
              </w:rPr>
            </w:pPr>
            <w:r>
              <w:rPr>
                <w:rFonts w:eastAsia="ＭＳ 明朝" w:cs="" w:ascii="Times New Roman" w:hAnsi="Times New Roman"/>
                <w:kern w:val="0"/>
                <w:sz w:val="24"/>
                <w:szCs w:val="24"/>
                <w:lang w:val="en-US" w:eastAsia="en-US" w:bidi="ar-SA"/>
              </w:rPr>
              <w:t>Promotoria de São Miguel dos Campos</w:t>
            </w:r>
          </w:p>
        </w:tc>
        <w:tc>
          <w:tcPr>
            <w:tcW w:w="3888" w:type="dxa"/>
            <w:tcBorders>
              <w:top w:val="single" w:sz="6" w:space="0" w:color="7F7F7F"/>
              <w:left w:val="single" w:sz="6" w:space="0" w:color="7F7F7F"/>
              <w:bottom w:val="single" w:sz="6" w:space="0" w:color="7F7F7F"/>
              <w:right w:val="single" w:sz="6" w:space="0" w:color="7F7F7F"/>
            </w:tcBorders>
            <w:shd w:color="auto" w:fill="F2F6FA" w:val="clear"/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eastAsia="ＭＳ 明朝" w:cs=""/>
                <w:kern w:val="0"/>
                <w:sz w:val="24"/>
                <w:szCs w:val="24"/>
                <w:lang w:val="en-US" w:eastAsia="en-US" w:bidi="ar-SA"/>
              </w:rPr>
            </w:pPr>
            <w:r>
              <w:rPr>
                <w:rFonts w:eastAsia="ＭＳ 明朝" w:cs="" w:ascii="Times New Roman" w:hAnsi="Times New Roman"/>
                <w:kern w:val="0"/>
                <w:sz w:val="24"/>
                <w:szCs w:val="24"/>
                <w:lang w:val="en-US" w:eastAsia="en-US" w:bidi="ar-SA"/>
              </w:rPr>
              <w:t>Av. Pedro Fernandes da Costa, s/n</w:t>
            </w:r>
          </w:p>
        </w:tc>
        <w:tc>
          <w:tcPr>
            <w:tcW w:w="1679" w:type="dxa"/>
            <w:tcBorders>
              <w:top w:val="single" w:sz="6" w:space="0" w:color="7F7F7F"/>
              <w:left w:val="single" w:sz="6" w:space="0" w:color="7F7F7F"/>
              <w:bottom w:val="single" w:sz="6" w:space="0" w:color="7F7F7F"/>
              <w:right w:val="single" w:sz="6" w:space="0" w:color="7F7F7F"/>
            </w:tcBorders>
            <w:shd w:color="auto" w:fill="F2F6FA" w:val="clear"/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eastAsia="ＭＳ 明朝" w:cs=""/>
                <w:kern w:val="0"/>
                <w:sz w:val="24"/>
                <w:szCs w:val="24"/>
                <w:lang w:val="en-US" w:eastAsia="en-US" w:bidi="ar-SA"/>
              </w:rPr>
            </w:pPr>
            <w:r>
              <w:rPr>
                <w:rFonts w:eastAsia="ＭＳ 明朝" w:cs="" w:ascii="Times New Roman" w:hAnsi="Times New Roman"/>
                <w:kern w:val="0"/>
                <w:sz w:val="24"/>
                <w:szCs w:val="24"/>
                <w:lang w:val="en-US" w:eastAsia="en-US" w:bidi="ar-SA"/>
              </w:rPr>
              <w:t>57240-056</w:t>
            </w:r>
          </w:p>
        </w:tc>
        <w:tc>
          <w:tcPr>
            <w:tcW w:w="1277" w:type="dxa"/>
            <w:tcBorders>
              <w:top w:val="single" w:sz="6" w:space="0" w:color="7F7F7F"/>
              <w:left w:val="single" w:sz="6" w:space="0" w:color="7F7F7F"/>
              <w:bottom w:val="single" w:sz="6" w:space="0" w:color="7F7F7F"/>
              <w:right w:val="single" w:sz="6" w:space="0" w:color="7F7F7F"/>
            </w:tcBorders>
            <w:shd w:color="auto" w:fill="F2F6FA" w:val="clear"/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color w:val="0563C1"/>
                <w:u w:val="single"/>
              </w:rPr>
            </w:pPr>
            <w:r>
              <w:rPr>
                <w:color w:val="0563C1"/>
                <w:u w:val="single"/>
              </w:rPr>
            </w:r>
          </w:p>
        </w:tc>
        <w:tc>
          <w:tcPr>
            <w:tcW w:w="1098" w:type="dxa"/>
            <w:tcBorders>
              <w:top w:val="single" w:sz="6" w:space="0" w:color="7F7F7F"/>
              <w:left w:val="single" w:sz="6" w:space="0" w:color="7F7F7F"/>
              <w:bottom w:val="single" w:sz="6" w:space="0" w:color="7F7F7F"/>
              <w:right w:val="single" w:sz="6" w:space="0" w:color="7F7F7F"/>
            </w:tcBorders>
            <w:shd w:color="auto" w:fill="F2F6FA" w:val="clear"/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eastAsia="ＭＳ 明朝" w:cs=""/>
                <w:kern w:val="0"/>
                <w:sz w:val="24"/>
                <w:szCs w:val="24"/>
                <w:lang w:val="en-US" w:eastAsia="en-US" w:bidi="ar-SA"/>
              </w:rPr>
            </w:pPr>
            <w:r>
              <w:rPr>
                <w:rFonts w:eastAsia="ＭＳ 明朝" w:cs="" w:ascii="Times New Roman" w:hAnsi="Times New Roman"/>
                <w:kern w:val="0"/>
                <w:sz w:val="24"/>
                <w:szCs w:val="24"/>
                <w:lang w:val="en-US" w:eastAsia="en-US" w:bidi="ar-SA"/>
              </w:rPr>
            </w:r>
          </w:p>
        </w:tc>
        <w:tc>
          <w:tcPr>
            <w:tcW w:w="1588" w:type="dxa"/>
            <w:tcBorders>
              <w:top w:val="single" w:sz="6" w:space="0" w:color="7F7F7F"/>
              <w:left w:val="single" w:sz="6" w:space="0" w:color="7F7F7F"/>
              <w:bottom w:val="single" w:sz="6" w:space="0" w:color="7F7F7F"/>
              <w:right w:val="single" w:sz="6" w:space="0" w:color="7F7F7F"/>
            </w:tcBorders>
            <w:shd w:color="auto" w:fill="F2F6FA" w:val="clear"/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eastAsia="ＭＳ 明朝" w:cs=""/>
                <w:kern w:val="0"/>
                <w:sz w:val="24"/>
                <w:szCs w:val="24"/>
                <w:lang w:val="en-US" w:eastAsia="en-US" w:bidi="ar-SA"/>
              </w:rPr>
            </w:pPr>
            <w:r>
              <w:rPr>
                <w:rFonts w:eastAsia="ＭＳ 明朝" w:cs="" w:ascii="Times New Roman" w:hAnsi="Times New Roman"/>
                <w:kern w:val="0"/>
                <w:sz w:val="24"/>
                <w:szCs w:val="24"/>
                <w:lang w:val="en-US" w:eastAsia="en-US" w:bidi="ar-SA"/>
              </w:rPr>
            </w:r>
          </w:p>
        </w:tc>
        <w:tc>
          <w:tcPr>
            <w:tcW w:w="1800" w:type="dxa"/>
            <w:tcBorders>
              <w:top w:val="single" w:sz="6" w:space="0" w:color="7F7F7F"/>
              <w:left w:val="single" w:sz="6" w:space="0" w:color="7F7F7F"/>
              <w:bottom w:val="single" w:sz="6" w:space="0" w:color="7F7F7F"/>
              <w:right w:val="single" w:sz="6" w:space="0" w:color="7F7F7F"/>
            </w:tcBorders>
            <w:shd w:color="auto" w:fill="F2F6FA" w:val="clear"/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eastAsia="ＭＳ 明朝" w:cs=""/>
                <w:kern w:val="0"/>
                <w:sz w:val="24"/>
                <w:szCs w:val="24"/>
                <w:lang w:val="en-US" w:eastAsia="en-US" w:bidi="ar-SA"/>
              </w:rPr>
            </w:pPr>
            <w:r>
              <w:rPr>
                <w:rFonts w:eastAsia="ＭＳ 明朝" w:cs="" w:ascii="Times New Roman" w:hAnsi="Times New Roman"/>
                <w:kern w:val="0"/>
                <w:sz w:val="24"/>
                <w:szCs w:val="24"/>
                <w:lang w:val="en-US" w:eastAsia="en-US" w:bidi="ar-SA"/>
              </w:rPr>
              <w:t>Próprio</w:t>
            </w:r>
          </w:p>
        </w:tc>
      </w:tr>
      <w:tr>
        <w:trPr>
          <w:trHeight w:val="345" w:hRule="atLeast"/>
        </w:trPr>
        <w:tc>
          <w:tcPr>
            <w:tcW w:w="2995" w:type="dxa"/>
            <w:tcBorders>
              <w:top w:val="single" w:sz="6" w:space="0" w:color="7F7F7F"/>
              <w:left w:val="single" w:sz="6" w:space="0" w:color="7F7F7F"/>
              <w:bottom w:val="single" w:sz="6" w:space="0" w:color="7F7F7F"/>
              <w:right w:val="single" w:sz="6" w:space="0" w:color="7F7F7F"/>
            </w:tcBorders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eastAsia="ＭＳ 明朝" w:cs=""/>
                <w:kern w:val="0"/>
                <w:sz w:val="24"/>
                <w:szCs w:val="24"/>
                <w:lang w:val="en-US" w:eastAsia="en-US" w:bidi="ar-SA"/>
              </w:rPr>
            </w:pPr>
            <w:r>
              <w:rPr>
                <w:rFonts w:eastAsia="ＭＳ 明朝" w:cs="" w:ascii="Times New Roman" w:hAnsi="Times New Roman"/>
                <w:kern w:val="0"/>
                <w:sz w:val="24"/>
                <w:szCs w:val="24"/>
                <w:lang w:val="en-US" w:eastAsia="en-US" w:bidi="ar-SA"/>
              </w:rPr>
              <w:t>Promotoria de Boca da Mata</w:t>
            </w:r>
          </w:p>
        </w:tc>
        <w:tc>
          <w:tcPr>
            <w:tcW w:w="3888" w:type="dxa"/>
            <w:tcBorders>
              <w:top w:val="single" w:sz="6" w:space="0" w:color="7F7F7F"/>
              <w:left w:val="single" w:sz="6" w:space="0" w:color="7F7F7F"/>
              <w:bottom w:val="single" w:sz="6" w:space="0" w:color="7F7F7F"/>
              <w:right w:val="single" w:sz="6" w:space="0" w:color="7F7F7F"/>
            </w:tcBorders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eastAsia="ＭＳ 明朝" w:cs=""/>
                <w:kern w:val="0"/>
                <w:sz w:val="24"/>
                <w:szCs w:val="24"/>
                <w:lang w:val="en-US" w:eastAsia="en-US" w:bidi="ar-SA"/>
              </w:rPr>
            </w:pPr>
            <w:r>
              <w:rPr>
                <w:rFonts w:eastAsia="ＭＳ 明朝" w:cs="" w:ascii="Times New Roman" w:hAnsi="Times New Roman"/>
                <w:kern w:val="0"/>
                <w:sz w:val="24"/>
                <w:szCs w:val="24"/>
                <w:lang w:val="en-US" w:eastAsia="en-US" w:bidi="ar-SA"/>
              </w:rPr>
              <w:t>Praça Padre Cícero, s/n</w:t>
            </w:r>
          </w:p>
        </w:tc>
        <w:tc>
          <w:tcPr>
            <w:tcW w:w="1679" w:type="dxa"/>
            <w:tcBorders>
              <w:top w:val="single" w:sz="6" w:space="0" w:color="7F7F7F"/>
              <w:left w:val="single" w:sz="6" w:space="0" w:color="7F7F7F"/>
              <w:bottom w:val="single" w:sz="6" w:space="0" w:color="7F7F7F"/>
              <w:right w:val="single" w:sz="6" w:space="0" w:color="7F7F7F"/>
            </w:tcBorders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eastAsia="ＭＳ 明朝" w:cs=""/>
                <w:kern w:val="0"/>
                <w:sz w:val="24"/>
                <w:szCs w:val="24"/>
                <w:lang w:val="en-US" w:eastAsia="en-US" w:bidi="ar-SA"/>
              </w:rPr>
            </w:pPr>
            <w:r>
              <w:rPr>
                <w:rFonts w:eastAsia="ＭＳ 明朝" w:cs="" w:ascii="Times New Roman" w:hAnsi="Times New Roman"/>
                <w:kern w:val="0"/>
                <w:sz w:val="24"/>
                <w:szCs w:val="24"/>
                <w:lang w:val="en-US" w:eastAsia="en-US" w:bidi="ar-SA"/>
              </w:rPr>
              <w:t>57680-000</w:t>
            </w:r>
          </w:p>
        </w:tc>
        <w:tc>
          <w:tcPr>
            <w:tcW w:w="1277" w:type="dxa"/>
            <w:tcBorders>
              <w:top w:val="single" w:sz="6" w:space="0" w:color="7F7F7F"/>
              <w:left w:val="single" w:sz="6" w:space="0" w:color="7F7F7F"/>
              <w:bottom w:val="single" w:sz="6" w:space="0" w:color="7F7F7F"/>
              <w:right w:val="single" w:sz="6" w:space="0" w:color="7F7F7F"/>
            </w:tcBorders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color w:val="0563C1"/>
                <w:u w:val="single"/>
              </w:rPr>
            </w:pPr>
            <w:r>
              <w:rPr>
                <w:color w:val="0563C1"/>
                <w:u w:val="single"/>
              </w:rPr>
            </w:r>
          </w:p>
        </w:tc>
        <w:tc>
          <w:tcPr>
            <w:tcW w:w="1098" w:type="dxa"/>
            <w:tcBorders>
              <w:top w:val="single" w:sz="6" w:space="0" w:color="7F7F7F"/>
              <w:left w:val="single" w:sz="6" w:space="0" w:color="7F7F7F"/>
              <w:bottom w:val="single" w:sz="6" w:space="0" w:color="7F7F7F"/>
              <w:right w:val="single" w:sz="6" w:space="0" w:color="7F7F7F"/>
            </w:tcBorders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eastAsia="ＭＳ 明朝" w:cs=""/>
                <w:kern w:val="0"/>
                <w:sz w:val="24"/>
                <w:szCs w:val="24"/>
                <w:lang w:val="en-US" w:eastAsia="en-US" w:bidi="ar-SA"/>
              </w:rPr>
            </w:pPr>
            <w:r>
              <w:rPr>
                <w:rFonts w:eastAsia="ＭＳ 明朝" w:cs="" w:ascii="Times New Roman" w:hAnsi="Times New Roman"/>
                <w:kern w:val="0"/>
                <w:sz w:val="24"/>
                <w:szCs w:val="24"/>
                <w:lang w:val="en-US" w:eastAsia="en-US" w:bidi="ar-SA"/>
              </w:rPr>
            </w:r>
          </w:p>
        </w:tc>
        <w:tc>
          <w:tcPr>
            <w:tcW w:w="1588" w:type="dxa"/>
            <w:tcBorders>
              <w:top w:val="single" w:sz="6" w:space="0" w:color="7F7F7F"/>
              <w:left w:val="single" w:sz="6" w:space="0" w:color="7F7F7F"/>
              <w:bottom w:val="single" w:sz="6" w:space="0" w:color="7F7F7F"/>
              <w:right w:val="single" w:sz="6" w:space="0" w:color="7F7F7F"/>
            </w:tcBorders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eastAsia="ＭＳ 明朝" w:cs=""/>
                <w:kern w:val="0"/>
                <w:sz w:val="24"/>
                <w:szCs w:val="24"/>
                <w:lang w:val="en-US" w:eastAsia="en-US" w:bidi="ar-SA"/>
              </w:rPr>
            </w:pPr>
            <w:r>
              <w:rPr>
                <w:rFonts w:eastAsia="ＭＳ 明朝" w:cs="" w:ascii="Times New Roman" w:hAnsi="Times New Roman"/>
                <w:kern w:val="0"/>
                <w:sz w:val="24"/>
                <w:szCs w:val="24"/>
                <w:lang w:val="en-US" w:eastAsia="en-US" w:bidi="ar-SA"/>
              </w:rPr>
            </w:r>
          </w:p>
        </w:tc>
        <w:tc>
          <w:tcPr>
            <w:tcW w:w="1800" w:type="dxa"/>
            <w:tcBorders>
              <w:top w:val="single" w:sz="6" w:space="0" w:color="7F7F7F"/>
              <w:left w:val="single" w:sz="6" w:space="0" w:color="7F7F7F"/>
              <w:bottom w:val="single" w:sz="6" w:space="0" w:color="7F7F7F"/>
              <w:right w:val="single" w:sz="6" w:space="0" w:color="7F7F7F"/>
            </w:tcBorders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eastAsia="ＭＳ 明朝" w:cs=""/>
                <w:kern w:val="0"/>
                <w:sz w:val="24"/>
                <w:szCs w:val="24"/>
                <w:lang w:val="en-US" w:eastAsia="en-US" w:bidi="ar-SA"/>
              </w:rPr>
            </w:pPr>
            <w:r>
              <w:rPr>
                <w:rFonts w:eastAsia="ＭＳ 明朝" w:cs="" w:ascii="Times New Roman" w:hAnsi="Times New Roman"/>
                <w:kern w:val="0"/>
                <w:sz w:val="24"/>
                <w:szCs w:val="24"/>
                <w:lang w:val="en-US" w:eastAsia="en-US" w:bidi="ar-SA"/>
              </w:rPr>
              <w:t>Próprio</w:t>
            </w:r>
          </w:p>
        </w:tc>
      </w:tr>
      <w:tr>
        <w:trPr>
          <w:trHeight w:val="345" w:hRule="atLeast"/>
        </w:trPr>
        <w:tc>
          <w:tcPr>
            <w:tcW w:w="2995" w:type="dxa"/>
            <w:tcBorders>
              <w:top w:val="single" w:sz="6" w:space="0" w:color="7F7F7F"/>
              <w:left w:val="single" w:sz="6" w:space="0" w:color="7F7F7F"/>
              <w:bottom w:val="single" w:sz="6" w:space="0" w:color="7F7F7F"/>
              <w:right w:val="single" w:sz="6" w:space="0" w:color="7F7F7F"/>
            </w:tcBorders>
            <w:shd w:color="auto" w:fill="F2F6FA" w:val="clear"/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eastAsia="ＭＳ 明朝" w:cs=""/>
                <w:kern w:val="0"/>
                <w:sz w:val="24"/>
                <w:szCs w:val="24"/>
                <w:lang w:val="en-US" w:eastAsia="en-US" w:bidi="ar-SA"/>
              </w:rPr>
            </w:pPr>
            <w:r>
              <w:rPr>
                <w:rFonts w:eastAsia="ＭＳ 明朝" w:cs="" w:ascii="Times New Roman" w:hAnsi="Times New Roman"/>
                <w:kern w:val="0"/>
                <w:sz w:val="24"/>
                <w:szCs w:val="24"/>
                <w:lang w:val="en-US" w:eastAsia="en-US" w:bidi="ar-SA"/>
              </w:rPr>
              <w:t>Promotoria de Limoeiro de Anadia</w:t>
            </w:r>
          </w:p>
        </w:tc>
        <w:tc>
          <w:tcPr>
            <w:tcW w:w="3888" w:type="dxa"/>
            <w:tcBorders>
              <w:top w:val="single" w:sz="6" w:space="0" w:color="7F7F7F"/>
              <w:left w:val="single" w:sz="6" w:space="0" w:color="7F7F7F"/>
              <w:bottom w:val="single" w:sz="6" w:space="0" w:color="7F7F7F"/>
              <w:right w:val="single" w:sz="6" w:space="0" w:color="7F7F7F"/>
            </w:tcBorders>
            <w:shd w:color="auto" w:fill="F2F6FA" w:val="clear"/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eastAsia="ＭＳ 明朝" w:cs=""/>
                <w:kern w:val="0"/>
                <w:sz w:val="24"/>
                <w:szCs w:val="24"/>
                <w:lang w:val="en-US" w:eastAsia="en-US" w:bidi="ar-SA"/>
              </w:rPr>
            </w:pPr>
            <w:r>
              <w:rPr>
                <w:rFonts w:eastAsia="ＭＳ 明朝" w:cs="" w:ascii="Times New Roman" w:hAnsi="Times New Roman"/>
                <w:kern w:val="0"/>
                <w:sz w:val="24"/>
                <w:szCs w:val="24"/>
                <w:lang w:val="en-US" w:eastAsia="en-US" w:bidi="ar-SA"/>
              </w:rPr>
              <w:t>Rua Manoel Francisco, s/n</w:t>
            </w:r>
          </w:p>
        </w:tc>
        <w:tc>
          <w:tcPr>
            <w:tcW w:w="1679" w:type="dxa"/>
            <w:tcBorders>
              <w:top w:val="single" w:sz="6" w:space="0" w:color="7F7F7F"/>
              <w:left w:val="single" w:sz="6" w:space="0" w:color="7F7F7F"/>
              <w:bottom w:val="single" w:sz="6" w:space="0" w:color="7F7F7F"/>
              <w:right w:val="single" w:sz="6" w:space="0" w:color="7F7F7F"/>
            </w:tcBorders>
            <w:shd w:color="auto" w:fill="F2F6FA" w:val="clear"/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eastAsia="ＭＳ 明朝" w:cs=""/>
                <w:kern w:val="0"/>
                <w:sz w:val="24"/>
                <w:szCs w:val="24"/>
                <w:lang w:val="en-US" w:eastAsia="en-US" w:bidi="ar-SA"/>
              </w:rPr>
            </w:pPr>
            <w:r>
              <w:rPr>
                <w:rFonts w:eastAsia="ＭＳ 明朝" w:cs="" w:ascii="Times New Roman" w:hAnsi="Times New Roman"/>
                <w:kern w:val="0"/>
                <w:sz w:val="24"/>
                <w:szCs w:val="24"/>
                <w:lang w:val="en-US" w:eastAsia="en-US" w:bidi="ar-SA"/>
              </w:rPr>
              <w:t>57260-000</w:t>
            </w:r>
          </w:p>
        </w:tc>
        <w:tc>
          <w:tcPr>
            <w:tcW w:w="1277" w:type="dxa"/>
            <w:tcBorders>
              <w:top w:val="single" w:sz="6" w:space="0" w:color="7F7F7F"/>
              <w:left w:val="single" w:sz="6" w:space="0" w:color="7F7F7F"/>
              <w:bottom w:val="single" w:sz="6" w:space="0" w:color="7F7F7F"/>
              <w:right w:val="single" w:sz="6" w:space="0" w:color="7F7F7F"/>
            </w:tcBorders>
            <w:shd w:color="auto" w:fill="F2F6FA" w:val="clear"/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color w:val="0563C1"/>
                <w:u w:val="single"/>
              </w:rPr>
            </w:pPr>
            <w:r>
              <w:rPr>
                <w:color w:val="0563C1"/>
                <w:u w:val="single"/>
              </w:rPr>
            </w:r>
          </w:p>
        </w:tc>
        <w:tc>
          <w:tcPr>
            <w:tcW w:w="1098" w:type="dxa"/>
            <w:tcBorders>
              <w:top w:val="single" w:sz="6" w:space="0" w:color="7F7F7F"/>
              <w:left w:val="single" w:sz="6" w:space="0" w:color="7F7F7F"/>
              <w:bottom w:val="single" w:sz="6" w:space="0" w:color="7F7F7F"/>
              <w:right w:val="single" w:sz="6" w:space="0" w:color="7F7F7F"/>
            </w:tcBorders>
            <w:shd w:color="auto" w:fill="F2F6FA" w:val="clear"/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eastAsia="ＭＳ 明朝" w:cs=""/>
                <w:kern w:val="0"/>
                <w:sz w:val="24"/>
                <w:szCs w:val="24"/>
                <w:lang w:val="en-US" w:eastAsia="en-US" w:bidi="ar-SA"/>
              </w:rPr>
            </w:pPr>
            <w:r>
              <w:rPr>
                <w:rFonts w:eastAsia="ＭＳ 明朝" w:cs="" w:ascii="Times New Roman" w:hAnsi="Times New Roman"/>
                <w:kern w:val="0"/>
                <w:sz w:val="24"/>
                <w:szCs w:val="24"/>
                <w:lang w:val="en-US" w:eastAsia="en-US" w:bidi="ar-SA"/>
              </w:rPr>
            </w:r>
          </w:p>
        </w:tc>
        <w:tc>
          <w:tcPr>
            <w:tcW w:w="1588" w:type="dxa"/>
            <w:tcBorders>
              <w:top w:val="single" w:sz="6" w:space="0" w:color="7F7F7F"/>
              <w:left w:val="single" w:sz="6" w:space="0" w:color="7F7F7F"/>
              <w:bottom w:val="single" w:sz="6" w:space="0" w:color="7F7F7F"/>
              <w:right w:val="single" w:sz="6" w:space="0" w:color="7F7F7F"/>
            </w:tcBorders>
            <w:shd w:color="auto" w:fill="F2F6FA" w:val="clear"/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eastAsia="ＭＳ 明朝" w:cs=""/>
                <w:kern w:val="0"/>
                <w:sz w:val="24"/>
                <w:szCs w:val="24"/>
                <w:lang w:val="en-US" w:eastAsia="en-US" w:bidi="ar-SA"/>
              </w:rPr>
            </w:pPr>
            <w:r>
              <w:rPr>
                <w:rFonts w:eastAsia="ＭＳ 明朝" w:cs="" w:ascii="Times New Roman" w:hAnsi="Times New Roman"/>
                <w:kern w:val="0"/>
                <w:sz w:val="24"/>
                <w:szCs w:val="24"/>
                <w:lang w:val="en-US" w:eastAsia="en-US" w:bidi="ar-SA"/>
              </w:rPr>
            </w:r>
          </w:p>
        </w:tc>
        <w:tc>
          <w:tcPr>
            <w:tcW w:w="1800" w:type="dxa"/>
            <w:tcBorders>
              <w:top w:val="single" w:sz="6" w:space="0" w:color="7F7F7F"/>
              <w:left w:val="single" w:sz="6" w:space="0" w:color="7F7F7F"/>
              <w:bottom w:val="single" w:sz="6" w:space="0" w:color="7F7F7F"/>
              <w:right w:val="single" w:sz="6" w:space="0" w:color="7F7F7F"/>
            </w:tcBorders>
            <w:shd w:color="auto" w:fill="F2F6FA" w:val="clear"/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eastAsia="ＭＳ 明朝" w:cs=""/>
                <w:kern w:val="0"/>
                <w:sz w:val="24"/>
                <w:szCs w:val="24"/>
                <w:lang w:val="en-US" w:eastAsia="en-US" w:bidi="ar-SA"/>
              </w:rPr>
            </w:pPr>
            <w:r>
              <w:rPr>
                <w:rFonts w:eastAsia="ＭＳ 明朝" w:cs="" w:ascii="Times New Roman" w:hAnsi="Times New Roman"/>
                <w:kern w:val="0"/>
                <w:sz w:val="24"/>
                <w:szCs w:val="24"/>
                <w:lang w:val="en-US" w:eastAsia="en-US" w:bidi="ar-SA"/>
              </w:rPr>
              <w:t>Próprio</w:t>
            </w:r>
          </w:p>
        </w:tc>
      </w:tr>
      <w:tr>
        <w:trPr>
          <w:trHeight w:val="345" w:hRule="atLeast"/>
        </w:trPr>
        <w:tc>
          <w:tcPr>
            <w:tcW w:w="2995" w:type="dxa"/>
            <w:tcBorders>
              <w:top w:val="single" w:sz="6" w:space="0" w:color="7F7F7F"/>
              <w:left w:val="single" w:sz="6" w:space="0" w:color="7F7F7F"/>
              <w:bottom w:val="single" w:sz="6" w:space="0" w:color="7F7F7F"/>
              <w:right w:val="single" w:sz="6" w:space="0" w:color="7F7F7F"/>
            </w:tcBorders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eastAsia="ＭＳ 明朝" w:cs=""/>
                <w:kern w:val="0"/>
                <w:sz w:val="24"/>
                <w:szCs w:val="24"/>
                <w:lang w:val="en-US" w:eastAsia="en-US" w:bidi="ar-SA"/>
              </w:rPr>
            </w:pPr>
            <w:r>
              <w:rPr>
                <w:rFonts w:eastAsia="ＭＳ 明朝" w:cs="" w:ascii="Times New Roman" w:hAnsi="Times New Roman"/>
                <w:kern w:val="0"/>
                <w:sz w:val="24"/>
                <w:szCs w:val="24"/>
                <w:lang w:val="en-US" w:eastAsia="en-US" w:bidi="ar-SA"/>
              </w:rPr>
              <w:t>Promotoria de Arapiraca</w:t>
            </w:r>
          </w:p>
        </w:tc>
        <w:tc>
          <w:tcPr>
            <w:tcW w:w="3888" w:type="dxa"/>
            <w:tcBorders>
              <w:top w:val="single" w:sz="6" w:space="0" w:color="7F7F7F"/>
              <w:left w:val="single" w:sz="6" w:space="0" w:color="7F7F7F"/>
              <w:bottom w:val="single" w:sz="6" w:space="0" w:color="7F7F7F"/>
              <w:right w:val="single" w:sz="6" w:space="0" w:color="7F7F7F"/>
            </w:tcBorders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eastAsia="ＭＳ 明朝" w:cs=""/>
                <w:kern w:val="0"/>
                <w:sz w:val="24"/>
                <w:szCs w:val="24"/>
                <w:lang w:val="en-US" w:eastAsia="en-US" w:bidi="ar-SA"/>
              </w:rPr>
            </w:pPr>
            <w:r>
              <w:rPr>
                <w:rFonts w:eastAsia="ＭＳ 明朝" w:cs="" w:ascii="Times New Roman" w:hAnsi="Times New Roman"/>
                <w:kern w:val="0"/>
                <w:sz w:val="24"/>
                <w:szCs w:val="24"/>
                <w:lang w:val="en-US" w:eastAsia="en-US" w:bidi="ar-SA"/>
              </w:rPr>
              <w:t>Rua Samaritana, nº 1025</w:t>
            </w:r>
          </w:p>
        </w:tc>
        <w:tc>
          <w:tcPr>
            <w:tcW w:w="1679" w:type="dxa"/>
            <w:tcBorders>
              <w:top w:val="single" w:sz="6" w:space="0" w:color="7F7F7F"/>
              <w:left w:val="single" w:sz="6" w:space="0" w:color="7F7F7F"/>
              <w:bottom w:val="single" w:sz="6" w:space="0" w:color="7F7F7F"/>
              <w:right w:val="single" w:sz="6" w:space="0" w:color="7F7F7F"/>
            </w:tcBorders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eastAsia="ＭＳ 明朝" w:cs=""/>
                <w:kern w:val="0"/>
                <w:sz w:val="24"/>
                <w:szCs w:val="24"/>
                <w:lang w:val="en-US" w:eastAsia="en-US" w:bidi="ar-SA"/>
              </w:rPr>
            </w:pPr>
            <w:r>
              <w:rPr>
                <w:rFonts w:eastAsia="ＭＳ 明朝" w:cs="" w:ascii="Times New Roman" w:hAnsi="Times New Roman"/>
                <w:kern w:val="0"/>
                <w:sz w:val="24"/>
                <w:szCs w:val="24"/>
                <w:lang w:val="en-US" w:eastAsia="en-US" w:bidi="ar-SA"/>
              </w:rPr>
              <w:t>57310-245</w:t>
            </w:r>
          </w:p>
        </w:tc>
        <w:tc>
          <w:tcPr>
            <w:tcW w:w="1277" w:type="dxa"/>
            <w:tcBorders>
              <w:top w:val="single" w:sz="6" w:space="0" w:color="7F7F7F"/>
              <w:left w:val="single" w:sz="6" w:space="0" w:color="7F7F7F"/>
              <w:bottom w:val="single" w:sz="6" w:space="0" w:color="7F7F7F"/>
              <w:right w:val="single" w:sz="6" w:space="0" w:color="7F7F7F"/>
            </w:tcBorders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color w:val="0563C1"/>
                <w:u w:val="single"/>
              </w:rPr>
            </w:pPr>
            <w:r>
              <w:rPr>
                <w:color w:val="0563C1"/>
                <w:u w:val="single"/>
              </w:rPr>
            </w:r>
          </w:p>
        </w:tc>
        <w:tc>
          <w:tcPr>
            <w:tcW w:w="1098" w:type="dxa"/>
            <w:tcBorders>
              <w:top w:val="single" w:sz="6" w:space="0" w:color="7F7F7F"/>
              <w:left w:val="single" w:sz="6" w:space="0" w:color="7F7F7F"/>
              <w:bottom w:val="single" w:sz="6" w:space="0" w:color="7F7F7F"/>
              <w:right w:val="single" w:sz="6" w:space="0" w:color="7F7F7F"/>
            </w:tcBorders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eastAsia="ＭＳ 明朝" w:cs=""/>
                <w:kern w:val="0"/>
                <w:sz w:val="24"/>
                <w:szCs w:val="24"/>
                <w:lang w:val="en-US" w:eastAsia="en-US" w:bidi="ar-SA"/>
              </w:rPr>
            </w:pPr>
            <w:r>
              <w:rPr>
                <w:rFonts w:eastAsia="ＭＳ 明朝" w:cs="" w:ascii="Times New Roman" w:hAnsi="Times New Roman"/>
                <w:kern w:val="0"/>
                <w:sz w:val="24"/>
                <w:szCs w:val="24"/>
                <w:lang w:val="en-US" w:eastAsia="en-US" w:bidi="ar-SA"/>
              </w:rPr>
            </w:r>
          </w:p>
        </w:tc>
        <w:tc>
          <w:tcPr>
            <w:tcW w:w="1588" w:type="dxa"/>
            <w:tcBorders>
              <w:top w:val="single" w:sz="6" w:space="0" w:color="7F7F7F"/>
              <w:left w:val="single" w:sz="6" w:space="0" w:color="7F7F7F"/>
              <w:bottom w:val="single" w:sz="6" w:space="0" w:color="7F7F7F"/>
              <w:right w:val="single" w:sz="6" w:space="0" w:color="7F7F7F"/>
            </w:tcBorders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eastAsia="ＭＳ 明朝" w:cs=""/>
                <w:kern w:val="0"/>
                <w:sz w:val="24"/>
                <w:szCs w:val="24"/>
                <w:lang w:val="en-US" w:eastAsia="en-US" w:bidi="ar-SA"/>
              </w:rPr>
            </w:pPr>
            <w:r>
              <w:rPr>
                <w:rFonts w:eastAsia="ＭＳ 明朝" w:cs="" w:ascii="Times New Roman" w:hAnsi="Times New Roman"/>
                <w:kern w:val="0"/>
                <w:sz w:val="24"/>
                <w:szCs w:val="24"/>
                <w:lang w:val="en-US" w:eastAsia="en-US" w:bidi="ar-SA"/>
              </w:rPr>
            </w:r>
          </w:p>
        </w:tc>
        <w:tc>
          <w:tcPr>
            <w:tcW w:w="1800" w:type="dxa"/>
            <w:tcBorders>
              <w:top w:val="single" w:sz="6" w:space="0" w:color="7F7F7F"/>
              <w:left w:val="single" w:sz="6" w:space="0" w:color="7F7F7F"/>
              <w:bottom w:val="single" w:sz="6" w:space="0" w:color="7F7F7F"/>
              <w:right w:val="single" w:sz="6" w:space="0" w:color="7F7F7F"/>
            </w:tcBorders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eastAsia="ＭＳ 明朝" w:cs=""/>
                <w:kern w:val="0"/>
                <w:sz w:val="24"/>
                <w:szCs w:val="24"/>
                <w:lang w:val="en-US" w:eastAsia="en-US" w:bidi="ar-SA"/>
              </w:rPr>
            </w:pPr>
            <w:r>
              <w:rPr>
                <w:rFonts w:eastAsia="ＭＳ 明朝" w:cs="" w:ascii="Times New Roman" w:hAnsi="Times New Roman"/>
                <w:kern w:val="0"/>
                <w:sz w:val="24"/>
                <w:szCs w:val="24"/>
                <w:lang w:val="en-US" w:eastAsia="en-US" w:bidi="ar-SA"/>
              </w:rPr>
              <w:t>Próprio</w:t>
            </w:r>
          </w:p>
        </w:tc>
      </w:tr>
      <w:tr>
        <w:trPr>
          <w:trHeight w:val="345" w:hRule="atLeast"/>
        </w:trPr>
        <w:tc>
          <w:tcPr>
            <w:tcW w:w="2995" w:type="dxa"/>
            <w:tcBorders>
              <w:top w:val="single" w:sz="6" w:space="0" w:color="7F7F7F"/>
              <w:left w:val="single" w:sz="6" w:space="0" w:color="7F7F7F"/>
              <w:bottom w:val="single" w:sz="6" w:space="0" w:color="7F7F7F"/>
              <w:right w:val="single" w:sz="6" w:space="0" w:color="7F7F7F"/>
            </w:tcBorders>
            <w:shd w:color="auto" w:fill="F2F6FA" w:val="clear"/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eastAsia="ＭＳ 明朝" w:cs=""/>
                <w:kern w:val="0"/>
                <w:sz w:val="24"/>
                <w:szCs w:val="24"/>
                <w:lang w:val="en-US" w:eastAsia="en-US" w:bidi="ar-SA"/>
              </w:rPr>
            </w:pPr>
            <w:r>
              <w:rPr>
                <w:rFonts w:eastAsia="ＭＳ 明朝" w:cs="" w:ascii="Times New Roman" w:hAnsi="Times New Roman"/>
                <w:kern w:val="0"/>
                <w:sz w:val="24"/>
                <w:szCs w:val="24"/>
                <w:lang w:val="en-US" w:eastAsia="en-US" w:bidi="ar-SA"/>
              </w:rPr>
              <w:t>Promotoria de Penedo</w:t>
            </w:r>
          </w:p>
        </w:tc>
        <w:tc>
          <w:tcPr>
            <w:tcW w:w="3888" w:type="dxa"/>
            <w:tcBorders>
              <w:top w:val="single" w:sz="6" w:space="0" w:color="7F7F7F"/>
              <w:left w:val="single" w:sz="6" w:space="0" w:color="7F7F7F"/>
              <w:bottom w:val="single" w:sz="6" w:space="0" w:color="7F7F7F"/>
              <w:right w:val="single" w:sz="6" w:space="0" w:color="7F7F7F"/>
            </w:tcBorders>
            <w:shd w:color="auto" w:fill="F2F6FA" w:val="clear"/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eastAsia="ＭＳ 明朝" w:cs=""/>
                <w:kern w:val="0"/>
                <w:sz w:val="24"/>
                <w:szCs w:val="24"/>
                <w:lang w:val="en-US" w:eastAsia="en-US" w:bidi="ar-SA"/>
              </w:rPr>
            </w:pPr>
            <w:r>
              <w:rPr>
                <w:rFonts w:eastAsia="ＭＳ 明朝" w:cs="" w:ascii="Times New Roman" w:hAnsi="Times New Roman"/>
                <w:kern w:val="0"/>
                <w:sz w:val="24"/>
                <w:szCs w:val="24"/>
                <w:lang w:val="en-US" w:eastAsia="en-US" w:bidi="ar-SA"/>
              </w:rPr>
              <w:t>AL-110, s/n - Santa Izabel</w:t>
            </w:r>
          </w:p>
        </w:tc>
        <w:tc>
          <w:tcPr>
            <w:tcW w:w="1679" w:type="dxa"/>
            <w:tcBorders>
              <w:top w:val="single" w:sz="6" w:space="0" w:color="7F7F7F"/>
              <w:left w:val="single" w:sz="6" w:space="0" w:color="7F7F7F"/>
              <w:bottom w:val="single" w:sz="6" w:space="0" w:color="7F7F7F"/>
              <w:right w:val="single" w:sz="6" w:space="0" w:color="7F7F7F"/>
            </w:tcBorders>
            <w:shd w:color="auto" w:fill="F2F6FA" w:val="clear"/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eastAsia="ＭＳ 明朝" w:cs=""/>
                <w:kern w:val="0"/>
                <w:sz w:val="24"/>
                <w:szCs w:val="24"/>
                <w:lang w:val="en-US" w:eastAsia="en-US" w:bidi="ar-SA"/>
              </w:rPr>
            </w:pPr>
            <w:r>
              <w:rPr>
                <w:rFonts w:eastAsia="ＭＳ 明朝" w:cs="" w:ascii="Times New Roman" w:hAnsi="Times New Roman"/>
                <w:kern w:val="0"/>
                <w:sz w:val="24"/>
                <w:szCs w:val="24"/>
                <w:lang w:val="en-US" w:eastAsia="en-US" w:bidi="ar-SA"/>
              </w:rPr>
              <w:t>57200-000</w:t>
            </w:r>
          </w:p>
        </w:tc>
        <w:tc>
          <w:tcPr>
            <w:tcW w:w="1277" w:type="dxa"/>
            <w:tcBorders>
              <w:top w:val="single" w:sz="6" w:space="0" w:color="7F7F7F"/>
              <w:left w:val="single" w:sz="6" w:space="0" w:color="7F7F7F"/>
              <w:bottom w:val="single" w:sz="6" w:space="0" w:color="7F7F7F"/>
              <w:right w:val="single" w:sz="6" w:space="0" w:color="7F7F7F"/>
            </w:tcBorders>
            <w:shd w:color="auto" w:fill="F2F6FA" w:val="clear"/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color w:val="0563C1"/>
                <w:u w:val="single"/>
              </w:rPr>
            </w:pPr>
            <w:r>
              <w:rPr>
                <w:color w:val="0563C1"/>
                <w:u w:val="single"/>
              </w:rPr>
            </w:r>
          </w:p>
        </w:tc>
        <w:tc>
          <w:tcPr>
            <w:tcW w:w="1098" w:type="dxa"/>
            <w:tcBorders>
              <w:top w:val="single" w:sz="6" w:space="0" w:color="7F7F7F"/>
              <w:left w:val="single" w:sz="6" w:space="0" w:color="7F7F7F"/>
              <w:bottom w:val="single" w:sz="6" w:space="0" w:color="7F7F7F"/>
              <w:right w:val="single" w:sz="6" w:space="0" w:color="7F7F7F"/>
            </w:tcBorders>
            <w:shd w:color="auto" w:fill="F2F6FA" w:val="clear"/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eastAsia="ＭＳ 明朝" w:cs=""/>
                <w:kern w:val="0"/>
                <w:sz w:val="24"/>
                <w:szCs w:val="24"/>
                <w:lang w:val="en-US" w:eastAsia="en-US" w:bidi="ar-SA"/>
              </w:rPr>
            </w:pPr>
            <w:r>
              <w:rPr>
                <w:rFonts w:eastAsia="ＭＳ 明朝" w:cs="" w:ascii="Times New Roman" w:hAnsi="Times New Roman"/>
                <w:kern w:val="0"/>
                <w:sz w:val="24"/>
                <w:szCs w:val="24"/>
                <w:lang w:val="en-US" w:eastAsia="en-US" w:bidi="ar-SA"/>
              </w:rPr>
            </w:r>
          </w:p>
        </w:tc>
        <w:tc>
          <w:tcPr>
            <w:tcW w:w="1588" w:type="dxa"/>
            <w:tcBorders>
              <w:top w:val="single" w:sz="6" w:space="0" w:color="7F7F7F"/>
              <w:left w:val="single" w:sz="6" w:space="0" w:color="7F7F7F"/>
              <w:bottom w:val="single" w:sz="6" w:space="0" w:color="7F7F7F"/>
              <w:right w:val="single" w:sz="6" w:space="0" w:color="7F7F7F"/>
            </w:tcBorders>
            <w:shd w:color="auto" w:fill="F2F6FA" w:val="clear"/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eastAsia="ＭＳ 明朝" w:cs=""/>
                <w:kern w:val="0"/>
                <w:sz w:val="24"/>
                <w:szCs w:val="24"/>
                <w:lang w:val="en-US" w:eastAsia="en-US" w:bidi="ar-SA"/>
              </w:rPr>
            </w:pPr>
            <w:r>
              <w:rPr>
                <w:rFonts w:eastAsia="ＭＳ 明朝" w:cs="" w:ascii="Times New Roman" w:hAnsi="Times New Roman"/>
                <w:kern w:val="0"/>
                <w:sz w:val="24"/>
                <w:szCs w:val="24"/>
                <w:lang w:val="en-US" w:eastAsia="en-US" w:bidi="ar-SA"/>
              </w:rPr>
            </w:r>
          </w:p>
        </w:tc>
        <w:tc>
          <w:tcPr>
            <w:tcW w:w="1800" w:type="dxa"/>
            <w:tcBorders>
              <w:top w:val="single" w:sz="6" w:space="0" w:color="7F7F7F"/>
              <w:left w:val="single" w:sz="6" w:space="0" w:color="7F7F7F"/>
              <w:bottom w:val="single" w:sz="6" w:space="0" w:color="7F7F7F"/>
              <w:right w:val="single" w:sz="6" w:space="0" w:color="7F7F7F"/>
            </w:tcBorders>
            <w:shd w:color="auto" w:fill="F2F6FA" w:val="clear"/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eastAsia="ＭＳ 明朝" w:cs=""/>
                <w:kern w:val="0"/>
                <w:sz w:val="24"/>
                <w:szCs w:val="24"/>
                <w:lang w:val="en-US" w:eastAsia="en-US" w:bidi="ar-SA"/>
              </w:rPr>
            </w:pPr>
            <w:r>
              <w:rPr>
                <w:rFonts w:eastAsia="ＭＳ 明朝" w:cs="" w:ascii="Times New Roman" w:hAnsi="Times New Roman"/>
                <w:kern w:val="0"/>
                <w:sz w:val="24"/>
                <w:szCs w:val="24"/>
                <w:lang w:val="en-US" w:eastAsia="en-US" w:bidi="ar-SA"/>
              </w:rPr>
              <w:t>Próprio</w:t>
            </w:r>
          </w:p>
        </w:tc>
      </w:tr>
      <w:tr>
        <w:trPr>
          <w:trHeight w:val="345" w:hRule="atLeast"/>
        </w:trPr>
        <w:tc>
          <w:tcPr>
            <w:tcW w:w="2995" w:type="dxa"/>
            <w:tcBorders>
              <w:top w:val="single" w:sz="6" w:space="0" w:color="7F7F7F"/>
              <w:left w:val="single" w:sz="6" w:space="0" w:color="7F7F7F"/>
              <w:bottom w:val="single" w:sz="6" w:space="0" w:color="7F7F7F"/>
              <w:right w:val="single" w:sz="6" w:space="0" w:color="7F7F7F"/>
            </w:tcBorders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eastAsia="ＭＳ 明朝" w:cs=""/>
                <w:kern w:val="0"/>
                <w:sz w:val="24"/>
                <w:szCs w:val="24"/>
                <w:lang w:val="en-US" w:eastAsia="en-US" w:bidi="ar-SA"/>
              </w:rPr>
            </w:pPr>
            <w:r>
              <w:rPr>
                <w:rFonts w:eastAsia="ＭＳ 明朝" w:cs="" w:ascii="Times New Roman" w:hAnsi="Times New Roman"/>
                <w:kern w:val="0"/>
                <w:sz w:val="24"/>
                <w:szCs w:val="24"/>
                <w:lang w:val="en-US" w:eastAsia="en-US" w:bidi="ar-SA"/>
              </w:rPr>
              <w:t>Promotoria de Pão de Açúcar</w:t>
            </w:r>
          </w:p>
        </w:tc>
        <w:tc>
          <w:tcPr>
            <w:tcW w:w="3888" w:type="dxa"/>
            <w:tcBorders>
              <w:top w:val="single" w:sz="6" w:space="0" w:color="7F7F7F"/>
              <w:left w:val="single" w:sz="6" w:space="0" w:color="7F7F7F"/>
              <w:bottom w:val="single" w:sz="6" w:space="0" w:color="7F7F7F"/>
              <w:right w:val="single" w:sz="6" w:space="0" w:color="7F7F7F"/>
            </w:tcBorders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eastAsia="ＭＳ 明朝" w:cs=""/>
                <w:kern w:val="0"/>
                <w:sz w:val="24"/>
                <w:szCs w:val="24"/>
                <w:lang w:val="en-US" w:eastAsia="en-US" w:bidi="ar-SA"/>
              </w:rPr>
            </w:pPr>
            <w:r>
              <w:rPr>
                <w:rFonts w:eastAsia="ＭＳ 明朝" w:cs="" w:ascii="Times New Roman" w:hAnsi="Times New Roman"/>
                <w:kern w:val="0"/>
                <w:sz w:val="24"/>
                <w:szCs w:val="24"/>
                <w:lang w:val="en-US" w:eastAsia="en-US" w:bidi="ar-SA"/>
              </w:rPr>
              <w:t>Av. Ferreira de Novaes, nº 763</w:t>
            </w:r>
          </w:p>
        </w:tc>
        <w:tc>
          <w:tcPr>
            <w:tcW w:w="1679" w:type="dxa"/>
            <w:tcBorders>
              <w:top w:val="single" w:sz="6" w:space="0" w:color="7F7F7F"/>
              <w:left w:val="single" w:sz="6" w:space="0" w:color="7F7F7F"/>
              <w:bottom w:val="single" w:sz="6" w:space="0" w:color="7F7F7F"/>
              <w:right w:val="single" w:sz="6" w:space="0" w:color="7F7F7F"/>
            </w:tcBorders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eastAsia="ＭＳ 明朝" w:cs=""/>
                <w:kern w:val="0"/>
                <w:sz w:val="24"/>
                <w:szCs w:val="24"/>
                <w:lang w:val="en-US" w:eastAsia="en-US" w:bidi="ar-SA"/>
              </w:rPr>
            </w:pPr>
            <w:r>
              <w:rPr>
                <w:rFonts w:eastAsia="ＭＳ 明朝" w:cs="" w:ascii="Times New Roman" w:hAnsi="Times New Roman"/>
                <w:kern w:val="0"/>
                <w:sz w:val="24"/>
                <w:szCs w:val="24"/>
                <w:lang w:val="en-US" w:eastAsia="en-US" w:bidi="ar-SA"/>
              </w:rPr>
              <w:t>57400-000</w:t>
            </w:r>
          </w:p>
        </w:tc>
        <w:tc>
          <w:tcPr>
            <w:tcW w:w="1277" w:type="dxa"/>
            <w:tcBorders>
              <w:top w:val="single" w:sz="6" w:space="0" w:color="7F7F7F"/>
              <w:left w:val="single" w:sz="6" w:space="0" w:color="7F7F7F"/>
              <w:bottom w:val="single" w:sz="6" w:space="0" w:color="7F7F7F"/>
              <w:right w:val="single" w:sz="6" w:space="0" w:color="7F7F7F"/>
            </w:tcBorders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color w:val="0563C1"/>
                <w:u w:val="single"/>
              </w:rPr>
            </w:pPr>
            <w:r>
              <w:rPr>
                <w:color w:val="0563C1"/>
                <w:u w:val="single"/>
              </w:rPr>
            </w:r>
          </w:p>
        </w:tc>
        <w:tc>
          <w:tcPr>
            <w:tcW w:w="1098" w:type="dxa"/>
            <w:tcBorders>
              <w:top w:val="single" w:sz="6" w:space="0" w:color="7F7F7F"/>
              <w:left w:val="single" w:sz="6" w:space="0" w:color="7F7F7F"/>
              <w:bottom w:val="single" w:sz="6" w:space="0" w:color="7F7F7F"/>
              <w:right w:val="single" w:sz="6" w:space="0" w:color="7F7F7F"/>
            </w:tcBorders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eastAsia="ＭＳ 明朝" w:cs=""/>
                <w:kern w:val="0"/>
                <w:sz w:val="24"/>
                <w:szCs w:val="24"/>
                <w:lang w:val="en-US" w:eastAsia="en-US" w:bidi="ar-SA"/>
              </w:rPr>
            </w:pPr>
            <w:r>
              <w:rPr>
                <w:rFonts w:eastAsia="ＭＳ 明朝" w:cs="" w:ascii="Times New Roman" w:hAnsi="Times New Roman"/>
                <w:kern w:val="0"/>
                <w:sz w:val="24"/>
                <w:szCs w:val="24"/>
                <w:lang w:val="en-US" w:eastAsia="en-US" w:bidi="ar-SA"/>
              </w:rPr>
            </w:r>
          </w:p>
        </w:tc>
        <w:tc>
          <w:tcPr>
            <w:tcW w:w="1588" w:type="dxa"/>
            <w:tcBorders>
              <w:top w:val="single" w:sz="6" w:space="0" w:color="7F7F7F"/>
              <w:left w:val="single" w:sz="6" w:space="0" w:color="7F7F7F"/>
              <w:bottom w:val="single" w:sz="6" w:space="0" w:color="7F7F7F"/>
              <w:right w:val="single" w:sz="6" w:space="0" w:color="7F7F7F"/>
            </w:tcBorders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eastAsia="ＭＳ 明朝" w:cs=""/>
                <w:kern w:val="0"/>
                <w:sz w:val="24"/>
                <w:szCs w:val="24"/>
                <w:lang w:val="en-US" w:eastAsia="en-US" w:bidi="ar-SA"/>
              </w:rPr>
            </w:pPr>
            <w:r>
              <w:rPr>
                <w:rFonts w:eastAsia="ＭＳ 明朝" w:cs="" w:ascii="Times New Roman" w:hAnsi="Times New Roman"/>
                <w:kern w:val="0"/>
                <w:sz w:val="24"/>
                <w:szCs w:val="24"/>
                <w:lang w:val="en-US" w:eastAsia="en-US" w:bidi="ar-SA"/>
              </w:rPr>
            </w:r>
          </w:p>
        </w:tc>
        <w:tc>
          <w:tcPr>
            <w:tcW w:w="1800" w:type="dxa"/>
            <w:tcBorders>
              <w:top w:val="single" w:sz="6" w:space="0" w:color="7F7F7F"/>
              <w:left w:val="single" w:sz="6" w:space="0" w:color="7F7F7F"/>
              <w:bottom w:val="single" w:sz="6" w:space="0" w:color="7F7F7F"/>
              <w:right w:val="single" w:sz="6" w:space="0" w:color="7F7F7F"/>
            </w:tcBorders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eastAsia="ＭＳ 明朝" w:cs=""/>
                <w:kern w:val="0"/>
                <w:sz w:val="24"/>
                <w:szCs w:val="24"/>
                <w:lang w:val="en-US" w:eastAsia="en-US" w:bidi="ar-SA"/>
              </w:rPr>
            </w:pPr>
            <w:r>
              <w:rPr>
                <w:rFonts w:eastAsia="ＭＳ 明朝" w:cs="" w:ascii="Times New Roman" w:hAnsi="Times New Roman"/>
                <w:kern w:val="0"/>
                <w:sz w:val="24"/>
                <w:szCs w:val="24"/>
                <w:lang w:val="en-US" w:eastAsia="en-US" w:bidi="ar-SA"/>
              </w:rPr>
              <w:t>Próprio</w:t>
            </w:r>
          </w:p>
        </w:tc>
      </w:tr>
      <w:tr>
        <w:trPr>
          <w:trHeight w:val="345" w:hRule="atLeast"/>
        </w:trPr>
        <w:tc>
          <w:tcPr>
            <w:tcW w:w="2995" w:type="dxa"/>
            <w:tcBorders>
              <w:top w:val="single" w:sz="6" w:space="0" w:color="7F7F7F"/>
              <w:left w:val="single" w:sz="6" w:space="0" w:color="7F7F7F"/>
              <w:bottom w:val="single" w:sz="6" w:space="0" w:color="7F7F7F"/>
              <w:right w:val="single" w:sz="6" w:space="0" w:color="7F7F7F"/>
            </w:tcBorders>
            <w:shd w:color="auto" w:fill="F2F6FA" w:val="clear"/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eastAsia="ＭＳ 明朝" w:cs=""/>
                <w:kern w:val="0"/>
                <w:sz w:val="24"/>
                <w:szCs w:val="24"/>
                <w:lang w:val="en-US" w:eastAsia="en-US" w:bidi="ar-SA"/>
              </w:rPr>
            </w:pPr>
            <w:r>
              <w:rPr>
                <w:rFonts w:eastAsia="ＭＳ 明朝" w:cs="" w:ascii="Times New Roman" w:hAnsi="Times New Roman"/>
                <w:kern w:val="0"/>
                <w:sz w:val="24"/>
                <w:szCs w:val="24"/>
                <w:lang w:val="en-US" w:eastAsia="en-US" w:bidi="ar-SA"/>
              </w:rPr>
              <w:t>Promotoria de Palmeira dos Índios</w:t>
            </w:r>
          </w:p>
        </w:tc>
        <w:tc>
          <w:tcPr>
            <w:tcW w:w="3888" w:type="dxa"/>
            <w:tcBorders>
              <w:top w:val="single" w:sz="6" w:space="0" w:color="7F7F7F"/>
              <w:left w:val="single" w:sz="6" w:space="0" w:color="7F7F7F"/>
              <w:bottom w:val="single" w:sz="6" w:space="0" w:color="7F7F7F"/>
              <w:right w:val="single" w:sz="6" w:space="0" w:color="7F7F7F"/>
            </w:tcBorders>
            <w:shd w:color="auto" w:fill="F2F6FA" w:val="clear"/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eastAsia="ＭＳ 明朝" w:cs=""/>
                <w:kern w:val="0"/>
                <w:sz w:val="24"/>
                <w:szCs w:val="24"/>
                <w:lang w:val="en-US" w:eastAsia="en-US" w:bidi="ar-SA"/>
              </w:rPr>
            </w:pPr>
            <w:r>
              <w:rPr>
                <w:rFonts w:eastAsia="ＭＳ 明朝" w:cs="" w:ascii="Times New Roman" w:hAnsi="Times New Roman"/>
                <w:kern w:val="0"/>
                <w:sz w:val="24"/>
                <w:szCs w:val="24"/>
                <w:lang w:val="en-US" w:eastAsia="en-US" w:bidi="ar-SA"/>
              </w:rPr>
              <w:t>Loteamento Juca Sampaio, nº 100</w:t>
            </w:r>
          </w:p>
        </w:tc>
        <w:tc>
          <w:tcPr>
            <w:tcW w:w="1679" w:type="dxa"/>
            <w:tcBorders>
              <w:top w:val="single" w:sz="6" w:space="0" w:color="7F7F7F"/>
              <w:left w:val="single" w:sz="6" w:space="0" w:color="7F7F7F"/>
              <w:bottom w:val="single" w:sz="6" w:space="0" w:color="7F7F7F"/>
              <w:right w:val="single" w:sz="6" w:space="0" w:color="7F7F7F"/>
            </w:tcBorders>
            <w:shd w:color="auto" w:fill="F2F6FA" w:val="clear"/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eastAsia="ＭＳ 明朝" w:cs=""/>
                <w:kern w:val="0"/>
                <w:sz w:val="24"/>
                <w:szCs w:val="24"/>
                <w:lang w:val="en-US" w:eastAsia="en-US" w:bidi="ar-SA"/>
              </w:rPr>
            </w:pPr>
            <w:r>
              <w:rPr>
                <w:rFonts w:eastAsia="ＭＳ 明朝" w:cs="" w:ascii="Times New Roman" w:hAnsi="Times New Roman"/>
                <w:kern w:val="0"/>
                <w:sz w:val="24"/>
                <w:szCs w:val="24"/>
                <w:lang w:val="en-US" w:eastAsia="en-US" w:bidi="ar-SA"/>
              </w:rPr>
              <w:t>57603-282</w:t>
            </w:r>
          </w:p>
        </w:tc>
        <w:tc>
          <w:tcPr>
            <w:tcW w:w="1277" w:type="dxa"/>
            <w:tcBorders>
              <w:top w:val="single" w:sz="6" w:space="0" w:color="7F7F7F"/>
              <w:left w:val="single" w:sz="6" w:space="0" w:color="7F7F7F"/>
              <w:bottom w:val="single" w:sz="6" w:space="0" w:color="7F7F7F"/>
              <w:right w:val="single" w:sz="6" w:space="0" w:color="7F7F7F"/>
            </w:tcBorders>
            <w:shd w:color="auto" w:fill="F2F6FA" w:val="clear"/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color w:val="0563C1"/>
                <w:u w:val="single"/>
              </w:rPr>
            </w:pPr>
            <w:r>
              <w:rPr>
                <w:color w:val="0563C1"/>
                <w:u w:val="single"/>
              </w:rPr>
            </w:r>
          </w:p>
        </w:tc>
        <w:tc>
          <w:tcPr>
            <w:tcW w:w="1098" w:type="dxa"/>
            <w:tcBorders>
              <w:top w:val="single" w:sz="6" w:space="0" w:color="7F7F7F"/>
              <w:left w:val="single" w:sz="6" w:space="0" w:color="7F7F7F"/>
              <w:bottom w:val="single" w:sz="6" w:space="0" w:color="7F7F7F"/>
              <w:right w:val="single" w:sz="6" w:space="0" w:color="7F7F7F"/>
            </w:tcBorders>
            <w:shd w:color="auto" w:fill="F2F6FA" w:val="clear"/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eastAsia="ＭＳ 明朝" w:cs=""/>
                <w:kern w:val="0"/>
                <w:sz w:val="24"/>
                <w:szCs w:val="24"/>
                <w:lang w:val="en-US" w:eastAsia="en-US" w:bidi="ar-SA"/>
              </w:rPr>
            </w:pPr>
            <w:r>
              <w:rPr>
                <w:rFonts w:eastAsia="ＭＳ 明朝" w:cs="" w:ascii="Times New Roman" w:hAnsi="Times New Roman"/>
                <w:kern w:val="0"/>
                <w:sz w:val="24"/>
                <w:szCs w:val="24"/>
                <w:lang w:val="en-US" w:eastAsia="en-US" w:bidi="ar-SA"/>
              </w:rPr>
            </w:r>
          </w:p>
        </w:tc>
        <w:tc>
          <w:tcPr>
            <w:tcW w:w="1588" w:type="dxa"/>
            <w:tcBorders>
              <w:top w:val="single" w:sz="6" w:space="0" w:color="7F7F7F"/>
              <w:left w:val="single" w:sz="6" w:space="0" w:color="7F7F7F"/>
              <w:bottom w:val="single" w:sz="6" w:space="0" w:color="7F7F7F"/>
              <w:right w:val="single" w:sz="6" w:space="0" w:color="7F7F7F"/>
            </w:tcBorders>
            <w:shd w:color="auto" w:fill="F2F6FA" w:val="clear"/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eastAsia="ＭＳ 明朝" w:cs=""/>
                <w:kern w:val="0"/>
                <w:sz w:val="24"/>
                <w:szCs w:val="24"/>
                <w:lang w:val="en-US" w:eastAsia="en-US" w:bidi="ar-SA"/>
              </w:rPr>
            </w:pPr>
            <w:r>
              <w:rPr>
                <w:rFonts w:eastAsia="ＭＳ 明朝" w:cs="" w:ascii="Times New Roman" w:hAnsi="Times New Roman"/>
                <w:kern w:val="0"/>
                <w:sz w:val="24"/>
                <w:szCs w:val="24"/>
                <w:lang w:val="en-US" w:eastAsia="en-US" w:bidi="ar-SA"/>
              </w:rPr>
            </w:r>
          </w:p>
        </w:tc>
        <w:tc>
          <w:tcPr>
            <w:tcW w:w="1800" w:type="dxa"/>
            <w:tcBorders>
              <w:top w:val="single" w:sz="6" w:space="0" w:color="7F7F7F"/>
              <w:left w:val="single" w:sz="6" w:space="0" w:color="7F7F7F"/>
              <w:bottom w:val="single" w:sz="6" w:space="0" w:color="7F7F7F"/>
              <w:right w:val="single" w:sz="6" w:space="0" w:color="7F7F7F"/>
            </w:tcBorders>
            <w:shd w:color="auto" w:fill="F2F6FA" w:val="clear"/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eastAsia="ＭＳ 明朝" w:cs=""/>
                <w:kern w:val="0"/>
                <w:sz w:val="24"/>
                <w:szCs w:val="24"/>
                <w:lang w:val="en-US" w:eastAsia="en-US" w:bidi="ar-SA"/>
              </w:rPr>
            </w:pPr>
            <w:r>
              <w:rPr>
                <w:rFonts w:eastAsia="ＭＳ 明朝" w:cs="" w:ascii="Times New Roman" w:hAnsi="Times New Roman"/>
                <w:kern w:val="0"/>
                <w:sz w:val="24"/>
                <w:szCs w:val="24"/>
                <w:lang w:val="en-US" w:eastAsia="en-US" w:bidi="ar-SA"/>
              </w:rPr>
              <w:t>Próprio</w:t>
            </w:r>
          </w:p>
        </w:tc>
      </w:tr>
      <w:tr>
        <w:trPr>
          <w:trHeight w:val="345" w:hRule="atLeast"/>
        </w:trPr>
        <w:tc>
          <w:tcPr>
            <w:tcW w:w="2995" w:type="dxa"/>
            <w:tcBorders>
              <w:top w:val="single" w:sz="6" w:space="0" w:color="7F7F7F"/>
              <w:left w:val="single" w:sz="6" w:space="0" w:color="7F7F7F"/>
              <w:bottom w:val="single" w:sz="6" w:space="0" w:color="7F7F7F"/>
              <w:right w:val="single" w:sz="6" w:space="0" w:color="7F7F7F"/>
            </w:tcBorders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eastAsia="ＭＳ 明朝" w:cs=""/>
                <w:kern w:val="0"/>
                <w:sz w:val="24"/>
                <w:szCs w:val="24"/>
                <w:lang w:val="en-US" w:eastAsia="en-US" w:bidi="ar-SA"/>
              </w:rPr>
            </w:pPr>
            <w:r>
              <w:rPr>
                <w:rFonts w:eastAsia="ＭＳ 明朝" w:cs="" w:ascii="Times New Roman" w:hAnsi="Times New Roman"/>
                <w:kern w:val="0"/>
                <w:sz w:val="24"/>
                <w:szCs w:val="24"/>
                <w:lang w:val="en-US" w:eastAsia="en-US" w:bidi="ar-SA"/>
              </w:rPr>
              <w:t>Promotoria de Traipu</w:t>
            </w:r>
          </w:p>
        </w:tc>
        <w:tc>
          <w:tcPr>
            <w:tcW w:w="3888" w:type="dxa"/>
            <w:tcBorders>
              <w:top w:val="single" w:sz="6" w:space="0" w:color="7F7F7F"/>
              <w:left w:val="single" w:sz="6" w:space="0" w:color="7F7F7F"/>
              <w:bottom w:val="single" w:sz="6" w:space="0" w:color="7F7F7F"/>
              <w:right w:val="single" w:sz="6" w:space="0" w:color="7F7F7F"/>
            </w:tcBorders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eastAsia="ＭＳ 明朝" w:cs=""/>
                <w:kern w:val="0"/>
                <w:sz w:val="24"/>
                <w:szCs w:val="24"/>
                <w:lang w:val="en-US" w:eastAsia="en-US" w:bidi="ar-SA"/>
              </w:rPr>
            </w:pPr>
            <w:r>
              <w:rPr>
                <w:rFonts w:eastAsia="ＭＳ 明朝" w:cs="" w:ascii="Times New Roman" w:hAnsi="Times New Roman"/>
                <w:kern w:val="0"/>
                <w:sz w:val="24"/>
                <w:szCs w:val="24"/>
                <w:lang w:val="en-US" w:eastAsia="en-US" w:bidi="ar-SA"/>
              </w:rPr>
              <w:t>Rua Prof. Guedes Miranda, s/n</w:t>
            </w:r>
          </w:p>
        </w:tc>
        <w:tc>
          <w:tcPr>
            <w:tcW w:w="1679" w:type="dxa"/>
            <w:tcBorders>
              <w:top w:val="single" w:sz="6" w:space="0" w:color="7F7F7F"/>
              <w:left w:val="single" w:sz="6" w:space="0" w:color="7F7F7F"/>
              <w:bottom w:val="single" w:sz="6" w:space="0" w:color="7F7F7F"/>
              <w:right w:val="single" w:sz="6" w:space="0" w:color="7F7F7F"/>
            </w:tcBorders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eastAsia="ＭＳ 明朝" w:cs=""/>
                <w:kern w:val="0"/>
                <w:sz w:val="24"/>
                <w:szCs w:val="24"/>
                <w:lang w:val="en-US" w:eastAsia="en-US" w:bidi="ar-SA"/>
              </w:rPr>
            </w:pPr>
            <w:r>
              <w:rPr>
                <w:rFonts w:eastAsia="ＭＳ 明朝" w:cs="" w:ascii="Times New Roman" w:hAnsi="Times New Roman"/>
                <w:kern w:val="0"/>
                <w:sz w:val="24"/>
                <w:szCs w:val="24"/>
                <w:lang w:val="en-US" w:eastAsia="en-US" w:bidi="ar-SA"/>
              </w:rPr>
              <w:t>57370-000</w:t>
            </w:r>
          </w:p>
        </w:tc>
        <w:tc>
          <w:tcPr>
            <w:tcW w:w="1277" w:type="dxa"/>
            <w:tcBorders>
              <w:top w:val="single" w:sz="6" w:space="0" w:color="7F7F7F"/>
              <w:left w:val="single" w:sz="6" w:space="0" w:color="7F7F7F"/>
              <w:bottom w:val="single" w:sz="6" w:space="0" w:color="7F7F7F"/>
              <w:right w:val="single" w:sz="6" w:space="0" w:color="7F7F7F"/>
            </w:tcBorders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color w:val="0563C1"/>
                <w:u w:val="single"/>
              </w:rPr>
            </w:pPr>
            <w:r>
              <w:rPr>
                <w:color w:val="0563C1"/>
                <w:u w:val="single"/>
              </w:rPr>
            </w:r>
          </w:p>
        </w:tc>
        <w:tc>
          <w:tcPr>
            <w:tcW w:w="1098" w:type="dxa"/>
            <w:tcBorders>
              <w:top w:val="single" w:sz="6" w:space="0" w:color="7F7F7F"/>
              <w:left w:val="single" w:sz="6" w:space="0" w:color="7F7F7F"/>
              <w:bottom w:val="single" w:sz="6" w:space="0" w:color="7F7F7F"/>
              <w:right w:val="single" w:sz="6" w:space="0" w:color="7F7F7F"/>
            </w:tcBorders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eastAsia="ＭＳ 明朝" w:cs=""/>
                <w:kern w:val="0"/>
                <w:sz w:val="24"/>
                <w:szCs w:val="24"/>
                <w:lang w:val="en-US" w:eastAsia="en-US" w:bidi="ar-SA"/>
              </w:rPr>
            </w:pPr>
            <w:r>
              <w:rPr>
                <w:rFonts w:eastAsia="ＭＳ 明朝" w:cs="" w:ascii="Times New Roman" w:hAnsi="Times New Roman"/>
                <w:kern w:val="0"/>
                <w:sz w:val="24"/>
                <w:szCs w:val="24"/>
                <w:lang w:val="en-US" w:eastAsia="en-US" w:bidi="ar-SA"/>
              </w:rPr>
            </w:r>
          </w:p>
        </w:tc>
        <w:tc>
          <w:tcPr>
            <w:tcW w:w="1588" w:type="dxa"/>
            <w:tcBorders>
              <w:top w:val="single" w:sz="6" w:space="0" w:color="7F7F7F"/>
              <w:left w:val="single" w:sz="6" w:space="0" w:color="7F7F7F"/>
              <w:bottom w:val="single" w:sz="6" w:space="0" w:color="7F7F7F"/>
              <w:right w:val="single" w:sz="6" w:space="0" w:color="7F7F7F"/>
            </w:tcBorders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eastAsia="ＭＳ 明朝" w:cs=""/>
                <w:kern w:val="0"/>
                <w:sz w:val="24"/>
                <w:szCs w:val="24"/>
                <w:lang w:val="en-US" w:eastAsia="en-US" w:bidi="ar-SA"/>
              </w:rPr>
            </w:pPr>
            <w:r>
              <w:rPr>
                <w:rFonts w:eastAsia="ＭＳ 明朝" w:cs="" w:ascii="Times New Roman" w:hAnsi="Times New Roman"/>
                <w:kern w:val="0"/>
                <w:sz w:val="24"/>
                <w:szCs w:val="24"/>
                <w:lang w:val="en-US" w:eastAsia="en-US" w:bidi="ar-SA"/>
              </w:rPr>
            </w:r>
          </w:p>
        </w:tc>
        <w:tc>
          <w:tcPr>
            <w:tcW w:w="1800" w:type="dxa"/>
            <w:tcBorders>
              <w:top w:val="single" w:sz="6" w:space="0" w:color="7F7F7F"/>
              <w:left w:val="single" w:sz="6" w:space="0" w:color="7F7F7F"/>
              <w:bottom w:val="single" w:sz="6" w:space="0" w:color="7F7F7F"/>
              <w:right w:val="single" w:sz="6" w:space="0" w:color="7F7F7F"/>
            </w:tcBorders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eastAsia="ＭＳ 明朝" w:cs=""/>
                <w:kern w:val="0"/>
                <w:sz w:val="24"/>
                <w:szCs w:val="24"/>
                <w:lang w:val="en-US" w:eastAsia="en-US" w:bidi="ar-SA"/>
              </w:rPr>
            </w:pPr>
            <w:r>
              <w:rPr>
                <w:rFonts w:eastAsia="ＭＳ 明朝" w:cs="" w:ascii="Times New Roman" w:hAnsi="Times New Roman"/>
                <w:kern w:val="0"/>
                <w:sz w:val="24"/>
                <w:szCs w:val="24"/>
                <w:lang w:val="en-US" w:eastAsia="en-US" w:bidi="ar-SA"/>
              </w:rPr>
              <w:t>Próprio</w:t>
            </w:r>
          </w:p>
        </w:tc>
      </w:tr>
      <w:tr>
        <w:trPr>
          <w:trHeight w:val="345" w:hRule="atLeast"/>
        </w:trPr>
        <w:tc>
          <w:tcPr>
            <w:tcW w:w="2995" w:type="dxa"/>
            <w:tcBorders>
              <w:top w:val="single" w:sz="6" w:space="0" w:color="7F7F7F"/>
              <w:left w:val="single" w:sz="6" w:space="0" w:color="7F7F7F"/>
              <w:bottom w:val="single" w:sz="6" w:space="0" w:color="7F7F7F"/>
              <w:right w:val="single" w:sz="6" w:space="0" w:color="7F7F7F"/>
            </w:tcBorders>
            <w:shd w:color="auto" w:fill="F2F6FA" w:val="clear"/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eastAsia="ＭＳ 明朝" w:cs=""/>
                <w:kern w:val="0"/>
                <w:sz w:val="24"/>
                <w:szCs w:val="24"/>
                <w:lang w:val="en-US" w:eastAsia="en-US" w:bidi="ar-SA"/>
              </w:rPr>
            </w:pPr>
            <w:r>
              <w:rPr>
                <w:rFonts w:eastAsia="ＭＳ 明朝" w:cs="" w:ascii="Times New Roman" w:hAnsi="Times New Roman"/>
                <w:kern w:val="0"/>
                <w:sz w:val="24"/>
                <w:szCs w:val="24"/>
                <w:lang w:val="en-US" w:eastAsia="en-US" w:bidi="ar-SA"/>
              </w:rPr>
              <w:t>Promotoria de Piranhas</w:t>
            </w:r>
          </w:p>
        </w:tc>
        <w:tc>
          <w:tcPr>
            <w:tcW w:w="3888" w:type="dxa"/>
            <w:tcBorders>
              <w:top w:val="single" w:sz="6" w:space="0" w:color="7F7F7F"/>
              <w:left w:val="single" w:sz="6" w:space="0" w:color="7F7F7F"/>
              <w:bottom w:val="single" w:sz="6" w:space="0" w:color="7F7F7F"/>
              <w:right w:val="single" w:sz="6" w:space="0" w:color="7F7F7F"/>
            </w:tcBorders>
            <w:shd w:color="auto" w:fill="F2F6FA" w:val="clear"/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eastAsia="ＭＳ 明朝" w:cs=""/>
                <w:kern w:val="0"/>
                <w:sz w:val="24"/>
                <w:szCs w:val="24"/>
                <w:lang w:val="en-US" w:eastAsia="en-US" w:bidi="ar-SA"/>
              </w:rPr>
            </w:pPr>
            <w:r>
              <w:rPr>
                <w:rFonts w:eastAsia="ＭＳ 明朝" w:cs="" w:ascii="Times New Roman" w:hAnsi="Times New Roman"/>
                <w:kern w:val="0"/>
                <w:sz w:val="24"/>
                <w:szCs w:val="24"/>
                <w:lang w:val="en-US" w:eastAsia="en-US" w:bidi="ar-SA"/>
              </w:rPr>
              <w:t>Rua Campo Grande, nº 32 - Xingó</w:t>
            </w:r>
          </w:p>
        </w:tc>
        <w:tc>
          <w:tcPr>
            <w:tcW w:w="1679" w:type="dxa"/>
            <w:tcBorders>
              <w:top w:val="single" w:sz="6" w:space="0" w:color="7F7F7F"/>
              <w:left w:val="single" w:sz="6" w:space="0" w:color="7F7F7F"/>
              <w:bottom w:val="single" w:sz="6" w:space="0" w:color="7F7F7F"/>
              <w:right w:val="single" w:sz="6" w:space="0" w:color="7F7F7F"/>
            </w:tcBorders>
            <w:shd w:color="auto" w:fill="F2F6FA" w:val="clear"/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eastAsia="ＭＳ 明朝" w:cs=""/>
                <w:kern w:val="0"/>
                <w:sz w:val="24"/>
                <w:szCs w:val="24"/>
                <w:lang w:val="en-US" w:eastAsia="en-US" w:bidi="ar-SA"/>
              </w:rPr>
            </w:pPr>
            <w:r>
              <w:rPr>
                <w:rFonts w:eastAsia="ＭＳ 明朝" w:cs="" w:ascii="Times New Roman" w:hAnsi="Times New Roman"/>
                <w:kern w:val="0"/>
                <w:sz w:val="24"/>
                <w:szCs w:val="24"/>
                <w:lang w:val="en-US" w:eastAsia="en-US" w:bidi="ar-SA"/>
              </w:rPr>
              <w:t>57460-000</w:t>
            </w:r>
          </w:p>
        </w:tc>
        <w:tc>
          <w:tcPr>
            <w:tcW w:w="1277" w:type="dxa"/>
            <w:tcBorders>
              <w:top w:val="single" w:sz="6" w:space="0" w:color="7F7F7F"/>
              <w:left w:val="single" w:sz="6" w:space="0" w:color="7F7F7F"/>
              <w:bottom w:val="single" w:sz="6" w:space="0" w:color="7F7F7F"/>
              <w:right w:val="single" w:sz="6" w:space="0" w:color="7F7F7F"/>
            </w:tcBorders>
            <w:shd w:color="auto" w:fill="F2F6FA" w:val="clear"/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eastAsia="ＭＳ 明朝" w:cs=""/>
                <w:kern w:val="0"/>
                <w:sz w:val="24"/>
                <w:szCs w:val="24"/>
                <w:lang w:val="en-US" w:eastAsia="en-US" w:bidi="ar-SA"/>
              </w:rPr>
            </w:pPr>
            <w:r>
              <w:rPr>
                <w:rFonts w:eastAsia="ＭＳ 明朝" w:cs="" w:ascii="Times New Roman" w:hAnsi="Times New Roman"/>
                <w:kern w:val="0"/>
                <w:sz w:val="24"/>
                <w:szCs w:val="24"/>
                <w:lang w:val="en-US" w:eastAsia="en-US" w:bidi="ar-SA"/>
              </w:rPr>
            </w:r>
          </w:p>
        </w:tc>
        <w:tc>
          <w:tcPr>
            <w:tcW w:w="1098" w:type="dxa"/>
            <w:tcBorders>
              <w:top w:val="single" w:sz="6" w:space="0" w:color="7F7F7F"/>
              <w:left w:val="single" w:sz="6" w:space="0" w:color="7F7F7F"/>
              <w:bottom w:val="single" w:sz="6" w:space="0" w:color="7F7F7F"/>
              <w:right w:val="single" w:sz="6" w:space="0" w:color="7F7F7F"/>
            </w:tcBorders>
            <w:shd w:color="auto" w:fill="F2F6FA" w:val="clear"/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eastAsia="ＭＳ 明朝" w:cs=""/>
                <w:kern w:val="0"/>
                <w:sz w:val="24"/>
                <w:szCs w:val="24"/>
                <w:lang w:val="en-US" w:eastAsia="en-US" w:bidi="ar-SA"/>
              </w:rPr>
            </w:pPr>
            <w:r>
              <w:rPr>
                <w:rFonts w:eastAsia="ＭＳ 明朝" w:cs="" w:ascii="Times New Roman" w:hAnsi="Times New Roman"/>
                <w:kern w:val="0"/>
                <w:sz w:val="24"/>
                <w:szCs w:val="24"/>
                <w:lang w:val="en-US" w:eastAsia="en-US" w:bidi="ar-SA"/>
              </w:rPr>
            </w:r>
          </w:p>
        </w:tc>
        <w:tc>
          <w:tcPr>
            <w:tcW w:w="1588" w:type="dxa"/>
            <w:tcBorders>
              <w:top w:val="single" w:sz="6" w:space="0" w:color="7F7F7F"/>
              <w:left w:val="single" w:sz="6" w:space="0" w:color="7F7F7F"/>
              <w:bottom w:val="single" w:sz="6" w:space="0" w:color="7F7F7F"/>
              <w:right w:val="single" w:sz="6" w:space="0" w:color="7F7F7F"/>
            </w:tcBorders>
            <w:shd w:color="auto" w:fill="F2F6FA" w:val="clear"/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eastAsia="ＭＳ 明朝" w:cs=""/>
                <w:kern w:val="0"/>
                <w:sz w:val="24"/>
                <w:szCs w:val="24"/>
                <w:lang w:val="en-US" w:eastAsia="en-US" w:bidi="ar-SA"/>
              </w:rPr>
            </w:pPr>
            <w:r>
              <w:rPr>
                <w:rFonts w:eastAsia="ＭＳ 明朝" w:cs="" w:ascii="Times New Roman" w:hAnsi="Times New Roman"/>
                <w:kern w:val="0"/>
                <w:sz w:val="24"/>
                <w:szCs w:val="24"/>
                <w:lang w:val="en-US" w:eastAsia="en-US" w:bidi="ar-SA"/>
              </w:rPr>
            </w:r>
          </w:p>
        </w:tc>
        <w:tc>
          <w:tcPr>
            <w:tcW w:w="1800" w:type="dxa"/>
            <w:tcBorders>
              <w:top w:val="single" w:sz="6" w:space="0" w:color="7F7F7F"/>
              <w:left w:val="single" w:sz="6" w:space="0" w:color="7F7F7F"/>
              <w:bottom w:val="single" w:sz="6" w:space="0" w:color="7F7F7F"/>
              <w:right w:val="single" w:sz="6" w:space="0" w:color="7F7F7F"/>
            </w:tcBorders>
            <w:shd w:color="auto" w:fill="F2F6FA" w:val="clear"/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eastAsia="ＭＳ 明朝" w:cs=""/>
                <w:kern w:val="0"/>
                <w:sz w:val="24"/>
                <w:szCs w:val="24"/>
                <w:lang w:val="en-US" w:eastAsia="en-US" w:bidi="ar-SA"/>
              </w:rPr>
            </w:pPr>
            <w:r>
              <w:rPr>
                <w:rFonts w:eastAsia="ＭＳ 明朝" w:cs="" w:ascii="Times New Roman" w:hAnsi="Times New Roman"/>
                <w:kern w:val="0"/>
                <w:sz w:val="24"/>
                <w:szCs w:val="24"/>
                <w:lang w:val="en-US" w:eastAsia="en-US" w:bidi="ar-SA"/>
              </w:rPr>
              <w:t>Próprio</w:t>
            </w:r>
          </w:p>
        </w:tc>
      </w:tr>
      <w:tr>
        <w:trPr>
          <w:trHeight w:val="345" w:hRule="atLeast"/>
        </w:trPr>
        <w:tc>
          <w:tcPr>
            <w:tcW w:w="2995" w:type="dxa"/>
            <w:tcBorders>
              <w:top w:val="single" w:sz="6" w:space="0" w:color="7F7F7F"/>
              <w:left w:val="single" w:sz="6" w:space="0" w:color="7F7F7F"/>
              <w:bottom w:val="single" w:sz="6" w:space="0" w:color="7F7F7F"/>
              <w:right w:val="single" w:sz="6" w:space="0" w:color="7F7F7F"/>
            </w:tcBorders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eastAsia="ＭＳ 明朝" w:cs=""/>
                <w:kern w:val="0"/>
                <w:sz w:val="24"/>
                <w:szCs w:val="24"/>
                <w:lang w:val="en-US" w:eastAsia="en-US" w:bidi="ar-SA"/>
              </w:rPr>
            </w:pPr>
            <w:r>
              <w:rPr>
                <w:rFonts w:eastAsia="ＭＳ 明朝" w:cs="" w:ascii="Times New Roman" w:hAnsi="Times New Roman"/>
                <w:kern w:val="0"/>
                <w:sz w:val="24"/>
                <w:szCs w:val="24"/>
                <w:lang w:val="en-US" w:eastAsia="en-US" w:bidi="ar-SA"/>
              </w:rPr>
              <w:t>Trade Center</w:t>
            </w:r>
          </w:p>
        </w:tc>
        <w:tc>
          <w:tcPr>
            <w:tcW w:w="3888" w:type="dxa"/>
            <w:tcBorders>
              <w:top w:val="single" w:sz="6" w:space="0" w:color="7F7F7F"/>
              <w:left w:val="single" w:sz="6" w:space="0" w:color="7F7F7F"/>
              <w:bottom w:val="single" w:sz="6" w:space="0" w:color="7F7F7F"/>
              <w:right w:val="single" w:sz="6" w:space="0" w:color="7F7F7F"/>
            </w:tcBorders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eastAsia="ＭＳ 明朝" w:cs=""/>
                <w:kern w:val="0"/>
                <w:sz w:val="24"/>
                <w:szCs w:val="24"/>
                <w:lang w:val="en-US" w:eastAsia="en-US" w:bidi="ar-SA"/>
              </w:rPr>
            </w:pPr>
            <w:r>
              <w:rPr>
                <w:rFonts w:eastAsia="ＭＳ 明朝" w:cs="" w:ascii="Times New Roman" w:hAnsi="Times New Roman"/>
                <w:kern w:val="0"/>
                <w:sz w:val="24"/>
                <w:szCs w:val="24"/>
                <w:lang w:val="en-US" w:eastAsia="en-US" w:bidi="ar-SA"/>
              </w:rPr>
              <w:t>Rua Zacarias de Azevedo, nº ___</w:t>
            </w:r>
          </w:p>
        </w:tc>
        <w:tc>
          <w:tcPr>
            <w:tcW w:w="1679" w:type="dxa"/>
            <w:tcBorders>
              <w:top w:val="single" w:sz="6" w:space="0" w:color="7F7F7F"/>
              <w:left w:val="single" w:sz="6" w:space="0" w:color="7F7F7F"/>
              <w:bottom w:val="single" w:sz="6" w:space="0" w:color="7F7F7F"/>
              <w:right w:val="single" w:sz="6" w:space="0" w:color="7F7F7F"/>
            </w:tcBorders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eastAsia="ＭＳ 明朝" w:cs=""/>
                <w:kern w:val="0"/>
                <w:sz w:val="24"/>
                <w:szCs w:val="24"/>
                <w:lang w:val="en-US" w:eastAsia="en-US" w:bidi="ar-SA"/>
              </w:rPr>
            </w:pPr>
            <w:r>
              <w:rPr>
                <w:rFonts w:eastAsia="ＭＳ 明朝" w:cs="" w:ascii="Times New Roman" w:hAnsi="Times New Roman"/>
                <w:kern w:val="0"/>
                <w:sz w:val="24"/>
                <w:szCs w:val="24"/>
                <w:lang w:val="en-US" w:eastAsia="en-US" w:bidi="ar-SA"/>
              </w:rPr>
              <w:t>57020-470</w:t>
            </w:r>
          </w:p>
        </w:tc>
        <w:tc>
          <w:tcPr>
            <w:tcW w:w="1277" w:type="dxa"/>
            <w:tcBorders>
              <w:top w:val="single" w:sz="6" w:space="0" w:color="7F7F7F"/>
              <w:left w:val="single" w:sz="6" w:space="0" w:color="7F7F7F"/>
              <w:bottom w:val="single" w:sz="6" w:space="0" w:color="7F7F7F"/>
              <w:right w:val="single" w:sz="6" w:space="0" w:color="7F7F7F"/>
            </w:tcBorders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eastAsia="ＭＳ 明朝" w:cs=""/>
                <w:kern w:val="0"/>
                <w:sz w:val="24"/>
                <w:szCs w:val="24"/>
                <w:lang w:val="en-US" w:eastAsia="en-US" w:bidi="ar-SA"/>
              </w:rPr>
            </w:pPr>
            <w:r>
              <w:rPr>
                <w:rFonts w:eastAsia="ＭＳ 明朝" w:cs="" w:ascii="Times New Roman" w:hAnsi="Times New Roman"/>
                <w:kern w:val="0"/>
                <w:sz w:val="24"/>
                <w:szCs w:val="24"/>
                <w:lang w:val="en-US" w:eastAsia="en-US" w:bidi="ar-SA"/>
              </w:rPr>
            </w:r>
          </w:p>
        </w:tc>
        <w:tc>
          <w:tcPr>
            <w:tcW w:w="1098" w:type="dxa"/>
            <w:tcBorders>
              <w:top w:val="single" w:sz="6" w:space="0" w:color="7F7F7F"/>
              <w:left w:val="single" w:sz="6" w:space="0" w:color="7F7F7F"/>
              <w:bottom w:val="single" w:sz="6" w:space="0" w:color="7F7F7F"/>
              <w:right w:val="single" w:sz="6" w:space="0" w:color="7F7F7F"/>
            </w:tcBorders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eastAsia="ＭＳ 明朝" w:cs=""/>
                <w:kern w:val="0"/>
                <w:sz w:val="24"/>
                <w:szCs w:val="24"/>
                <w:lang w:val="en-US" w:eastAsia="en-US" w:bidi="ar-SA"/>
              </w:rPr>
            </w:pPr>
            <w:r>
              <w:rPr>
                <w:rFonts w:eastAsia="ＭＳ 明朝" w:cs="" w:ascii="Times New Roman" w:hAnsi="Times New Roman"/>
                <w:kern w:val="0"/>
                <w:sz w:val="24"/>
                <w:szCs w:val="24"/>
                <w:lang w:val="en-US" w:eastAsia="en-US" w:bidi="ar-SA"/>
              </w:rPr>
            </w:r>
          </w:p>
        </w:tc>
        <w:tc>
          <w:tcPr>
            <w:tcW w:w="1588" w:type="dxa"/>
            <w:tcBorders>
              <w:top w:val="single" w:sz="6" w:space="0" w:color="7F7F7F"/>
              <w:left w:val="single" w:sz="6" w:space="0" w:color="7F7F7F"/>
              <w:bottom w:val="single" w:sz="6" w:space="0" w:color="7F7F7F"/>
              <w:right w:val="single" w:sz="6" w:space="0" w:color="7F7F7F"/>
            </w:tcBorders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eastAsia="ＭＳ 明朝" w:cs=""/>
                <w:kern w:val="0"/>
                <w:sz w:val="24"/>
                <w:szCs w:val="24"/>
                <w:lang w:val="en-US" w:eastAsia="en-US" w:bidi="ar-SA"/>
              </w:rPr>
            </w:pPr>
            <w:r>
              <w:rPr>
                <w:rFonts w:eastAsia="ＭＳ 明朝" w:cs="" w:ascii="Times New Roman" w:hAnsi="Times New Roman"/>
                <w:kern w:val="0"/>
                <w:sz w:val="24"/>
                <w:szCs w:val="24"/>
                <w:lang w:val="en-US" w:eastAsia="en-US" w:bidi="ar-SA"/>
              </w:rPr>
            </w:r>
          </w:p>
        </w:tc>
        <w:tc>
          <w:tcPr>
            <w:tcW w:w="1800" w:type="dxa"/>
            <w:tcBorders>
              <w:top w:val="single" w:sz="6" w:space="0" w:color="7F7F7F"/>
              <w:left w:val="single" w:sz="6" w:space="0" w:color="7F7F7F"/>
              <w:bottom w:val="single" w:sz="6" w:space="0" w:color="7F7F7F"/>
              <w:right w:val="single" w:sz="6" w:space="0" w:color="7F7F7F"/>
            </w:tcBorders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eastAsia="ＭＳ 明朝" w:cs=""/>
                <w:kern w:val="0"/>
                <w:sz w:val="24"/>
                <w:szCs w:val="24"/>
                <w:lang w:val="en-US" w:eastAsia="en-US" w:bidi="ar-SA"/>
              </w:rPr>
            </w:pPr>
            <w:r>
              <w:rPr>
                <w:rFonts w:eastAsia="ＭＳ 明朝" w:cs="" w:ascii="Times New Roman" w:hAnsi="Times New Roman"/>
                <w:kern w:val="0"/>
                <w:sz w:val="24"/>
                <w:szCs w:val="24"/>
                <w:lang w:val="en-US" w:eastAsia="en-US" w:bidi="ar-SA"/>
              </w:rPr>
              <w:t>Próprio</w:t>
            </w:r>
          </w:p>
        </w:tc>
      </w:tr>
      <w:tr>
        <w:trPr>
          <w:trHeight w:val="345" w:hRule="atLeast"/>
        </w:trPr>
        <w:tc>
          <w:tcPr>
            <w:tcW w:w="2995" w:type="dxa"/>
            <w:tcBorders>
              <w:top w:val="single" w:sz="6" w:space="0" w:color="7F7F7F"/>
              <w:left w:val="single" w:sz="6" w:space="0" w:color="7F7F7F"/>
              <w:bottom w:val="single" w:sz="6" w:space="0" w:color="7F7F7F"/>
              <w:right w:val="single" w:sz="6" w:space="0" w:color="7F7F7F"/>
            </w:tcBorders>
            <w:shd w:color="auto" w:fill="F2F6FA" w:val="clear"/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eastAsia="ＭＳ 明朝" w:cs=""/>
                <w:kern w:val="0"/>
                <w:sz w:val="24"/>
                <w:szCs w:val="24"/>
                <w:lang w:val="en-US" w:eastAsia="en-US" w:bidi="ar-SA"/>
              </w:rPr>
            </w:pPr>
            <w:r>
              <w:rPr>
                <w:rFonts w:eastAsia="ＭＳ 明朝" w:cs="" w:ascii="Times New Roman" w:hAnsi="Times New Roman"/>
                <w:kern w:val="0"/>
                <w:sz w:val="24"/>
                <w:szCs w:val="24"/>
                <w:lang w:val="en-US" w:eastAsia="en-US" w:bidi="ar-SA"/>
              </w:rPr>
              <w:t>GAECO</w:t>
            </w:r>
          </w:p>
        </w:tc>
        <w:tc>
          <w:tcPr>
            <w:tcW w:w="3888" w:type="dxa"/>
            <w:tcBorders>
              <w:top w:val="single" w:sz="6" w:space="0" w:color="7F7F7F"/>
              <w:left w:val="single" w:sz="6" w:space="0" w:color="7F7F7F"/>
              <w:bottom w:val="single" w:sz="6" w:space="0" w:color="7F7F7F"/>
              <w:right w:val="single" w:sz="6" w:space="0" w:color="7F7F7F"/>
            </w:tcBorders>
            <w:shd w:color="auto" w:fill="F2F6FA" w:val="clear"/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eastAsia="ＭＳ 明朝" w:cs=""/>
                <w:kern w:val="0"/>
                <w:sz w:val="24"/>
                <w:szCs w:val="24"/>
                <w:lang w:val="en-US" w:eastAsia="en-US" w:bidi="ar-SA"/>
              </w:rPr>
            </w:pPr>
            <w:r>
              <w:rPr>
                <w:rFonts w:eastAsia="ＭＳ 明朝" w:cs="" w:ascii="Times New Roman" w:hAnsi="Times New Roman"/>
                <w:kern w:val="0"/>
                <w:sz w:val="24"/>
                <w:szCs w:val="24"/>
                <w:lang w:val="en-US" w:eastAsia="en-US" w:bidi="ar-SA"/>
              </w:rPr>
              <w:t>Av. Humberto Mendes, nº ___</w:t>
            </w:r>
          </w:p>
        </w:tc>
        <w:tc>
          <w:tcPr>
            <w:tcW w:w="1679" w:type="dxa"/>
            <w:tcBorders>
              <w:top w:val="single" w:sz="6" w:space="0" w:color="7F7F7F"/>
              <w:left w:val="single" w:sz="6" w:space="0" w:color="7F7F7F"/>
              <w:bottom w:val="single" w:sz="6" w:space="0" w:color="7F7F7F"/>
              <w:right w:val="single" w:sz="6" w:space="0" w:color="7F7F7F"/>
            </w:tcBorders>
            <w:shd w:color="auto" w:fill="F2F6FA" w:val="clear"/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eastAsia="ＭＳ 明朝" w:cs=""/>
                <w:kern w:val="0"/>
                <w:sz w:val="24"/>
                <w:szCs w:val="24"/>
                <w:lang w:val="en-US" w:eastAsia="en-US" w:bidi="ar-SA"/>
              </w:rPr>
            </w:pPr>
            <w:r>
              <w:rPr>
                <w:rFonts w:eastAsia="ＭＳ 明朝" w:cs="" w:ascii="Times New Roman" w:hAnsi="Times New Roman"/>
                <w:kern w:val="0"/>
                <w:sz w:val="24"/>
                <w:szCs w:val="24"/>
                <w:lang w:val="en-US" w:eastAsia="en-US" w:bidi="ar-SA"/>
              </w:rPr>
              <w:t>57020-580</w:t>
            </w:r>
          </w:p>
        </w:tc>
        <w:tc>
          <w:tcPr>
            <w:tcW w:w="1277" w:type="dxa"/>
            <w:tcBorders>
              <w:top w:val="single" w:sz="6" w:space="0" w:color="7F7F7F"/>
              <w:left w:val="single" w:sz="6" w:space="0" w:color="7F7F7F"/>
              <w:bottom w:val="single" w:sz="6" w:space="0" w:color="7F7F7F"/>
              <w:right w:val="single" w:sz="6" w:space="0" w:color="7F7F7F"/>
            </w:tcBorders>
            <w:shd w:color="auto" w:fill="F2F6FA" w:val="clear"/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eastAsia="ＭＳ 明朝" w:cs=""/>
                <w:kern w:val="0"/>
                <w:sz w:val="24"/>
                <w:szCs w:val="24"/>
                <w:lang w:val="en-US" w:eastAsia="en-US" w:bidi="ar-SA"/>
              </w:rPr>
            </w:pPr>
            <w:r>
              <w:rPr>
                <w:rFonts w:eastAsia="ＭＳ 明朝" w:cs="" w:ascii="Times New Roman" w:hAnsi="Times New Roman"/>
                <w:kern w:val="0"/>
                <w:sz w:val="24"/>
                <w:szCs w:val="24"/>
                <w:lang w:val="en-US" w:eastAsia="en-US" w:bidi="ar-SA"/>
              </w:rPr>
            </w:r>
          </w:p>
        </w:tc>
        <w:tc>
          <w:tcPr>
            <w:tcW w:w="1098" w:type="dxa"/>
            <w:tcBorders>
              <w:top w:val="single" w:sz="6" w:space="0" w:color="7F7F7F"/>
              <w:left w:val="single" w:sz="6" w:space="0" w:color="7F7F7F"/>
              <w:bottom w:val="single" w:sz="6" w:space="0" w:color="7F7F7F"/>
              <w:right w:val="single" w:sz="6" w:space="0" w:color="7F7F7F"/>
            </w:tcBorders>
            <w:shd w:color="auto" w:fill="F2F6FA" w:val="clear"/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eastAsia="ＭＳ 明朝" w:cs=""/>
                <w:kern w:val="0"/>
                <w:sz w:val="24"/>
                <w:szCs w:val="24"/>
                <w:lang w:val="en-US" w:eastAsia="en-US" w:bidi="ar-SA"/>
              </w:rPr>
            </w:pPr>
            <w:r>
              <w:rPr>
                <w:rFonts w:eastAsia="ＭＳ 明朝" w:cs="" w:ascii="Times New Roman" w:hAnsi="Times New Roman"/>
                <w:kern w:val="0"/>
                <w:sz w:val="24"/>
                <w:szCs w:val="24"/>
                <w:lang w:val="en-US" w:eastAsia="en-US" w:bidi="ar-SA"/>
              </w:rPr>
            </w:r>
          </w:p>
        </w:tc>
        <w:tc>
          <w:tcPr>
            <w:tcW w:w="1588" w:type="dxa"/>
            <w:tcBorders>
              <w:top w:val="single" w:sz="6" w:space="0" w:color="7F7F7F"/>
              <w:left w:val="single" w:sz="6" w:space="0" w:color="7F7F7F"/>
              <w:bottom w:val="single" w:sz="6" w:space="0" w:color="7F7F7F"/>
              <w:right w:val="single" w:sz="6" w:space="0" w:color="7F7F7F"/>
            </w:tcBorders>
            <w:shd w:color="auto" w:fill="F2F6FA" w:val="clear"/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eastAsia="ＭＳ 明朝" w:cs=""/>
                <w:kern w:val="0"/>
                <w:sz w:val="24"/>
                <w:szCs w:val="24"/>
                <w:lang w:val="en-US" w:eastAsia="en-US" w:bidi="ar-SA"/>
              </w:rPr>
            </w:pPr>
            <w:r>
              <w:rPr>
                <w:rFonts w:eastAsia="ＭＳ 明朝" w:cs="" w:ascii="Times New Roman" w:hAnsi="Times New Roman"/>
                <w:kern w:val="0"/>
                <w:sz w:val="24"/>
                <w:szCs w:val="24"/>
                <w:lang w:val="en-US" w:eastAsia="en-US" w:bidi="ar-SA"/>
              </w:rPr>
            </w:r>
          </w:p>
        </w:tc>
        <w:tc>
          <w:tcPr>
            <w:tcW w:w="1800" w:type="dxa"/>
            <w:tcBorders>
              <w:top w:val="single" w:sz="6" w:space="0" w:color="7F7F7F"/>
              <w:left w:val="single" w:sz="6" w:space="0" w:color="7F7F7F"/>
              <w:bottom w:val="single" w:sz="6" w:space="0" w:color="7F7F7F"/>
              <w:right w:val="single" w:sz="6" w:space="0" w:color="7F7F7F"/>
            </w:tcBorders>
            <w:shd w:color="auto" w:fill="F2F6FA" w:val="clear"/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eastAsia="ＭＳ 明朝" w:cs=""/>
                <w:kern w:val="0"/>
                <w:sz w:val="24"/>
                <w:szCs w:val="24"/>
                <w:lang w:val="en-US" w:eastAsia="en-US" w:bidi="ar-SA"/>
              </w:rPr>
            </w:pPr>
            <w:r>
              <w:rPr>
                <w:rFonts w:eastAsia="ＭＳ 明朝" w:cs="" w:ascii="Times New Roman" w:hAnsi="Times New Roman"/>
                <w:kern w:val="0"/>
                <w:sz w:val="24"/>
                <w:szCs w:val="24"/>
                <w:lang w:val="en-US" w:eastAsia="en-US" w:bidi="ar-SA"/>
              </w:rPr>
              <w:t>Próprio</w:t>
            </w:r>
          </w:p>
        </w:tc>
      </w:tr>
      <w:tr>
        <w:trPr>
          <w:trHeight w:val="345" w:hRule="atLeast"/>
        </w:trPr>
        <w:tc>
          <w:tcPr>
            <w:tcW w:w="2995" w:type="dxa"/>
            <w:tcBorders>
              <w:top w:val="single" w:sz="6" w:space="0" w:color="7F7F7F"/>
              <w:left w:val="single" w:sz="6" w:space="0" w:color="7F7F7F"/>
              <w:bottom w:val="single" w:sz="6" w:space="0" w:color="7F7F7F"/>
              <w:right w:val="single" w:sz="6" w:space="0" w:color="7F7F7F"/>
            </w:tcBorders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eastAsia="ＭＳ 明朝" w:cs=""/>
                <w:kern w:val="0"/>
                <w:sz w:val="24"/>
                <w:szCs w:val="24"/>
                <w:lang w:val="en-US" w:eastAsia="en-US" w:bidi="ar-SA"/>
              </w:rPr>
            </w:pPr>
            <w:r>
              <w:rPr>
                <w:rFonts w:eastAsia="ＭＳ 明朝" w:cs="" w:ascii="Times New Roman" w:hAnsi="Times New Roman"/>
                <w:kern w:val="0"/>
                <w:sz w:val="24"/>
                <w:szCs w:val="24"/>
                <w:lang w:val="en-US" w:eastAsia="en-US" w:bidi="ar-SA"/>
              </w:rPr>
              <w:t>Depósito</w:t>
            </w:r>
          </w:p>
        </w:tc>
        <w:tc>
          <w:tcPr>
            <w:tcW w:w="3888" w:type="dxa"/>
            <w:tcBorders>
              <w:top w:val="single" w:sz="6" w:space="0" w:color="7F7F7F"/>
              <w:left w:val="single" w:sz="6" w:space="0" w:color="7F7F7F"/>
              <w:bottom w:val="single" w:sz="6" w:space="0" w:color="7F7F7F"/>
              <w:right w:val="single" w:sz="6" w:space="0" w:color="7F7F7F"/>
            </w:tcBorders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eastAsia="ＭＳ 明朝" w:cs=""/>
                <w:kern w:val="0"/>
                <w:sz w:val="24"/>
                <w:szCs w:val="24"/>
                <w:lang w:val="en-US" w:eastAsia="en-US" w:bidi="ar-SA"/>
              </w:rPr>
            </w:pPr>
            <w:r>
              <w:rPr>
                <w:rFonts w:eastAsia="ＭＳ 明朝" w:cs="" w:ascii="Times New Roman" w:hAnsi="Times New Roman"/>
                <w:kern w:val="0"/>
                <w:sz w:val="24"/>
                <w:szCs w:val="24"/>
                <w:lang w:val="en-US" w:eastAsia="en-US" w:bidi="ar-SA"/>
              </w:rPr>
              <w:t>Rua Recife, nº 144</w:t>
            </w:r>
          </w:p>
        </w:tc>
        <w:tc>
          <w:tcPr>
            <w:tcW w:w="1679" w:type="dxa"/>
            <w:tcBorders>
              <w:top w:val="single" w:sz="6" w:space="0" w:color="7F7F7F"/>
              <w:left w:val="single" w:sz="6" w:space="0" w:color="7F7F7F"/>
              <w:bottom w:val="single" w:sz="6" w:space="0" w:color="7F7F7F"/>
              <w:right w:val="single" w:sz="6" w:space="0" w:color="7F7F7F"/>
            </w:tcBorders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eastAsia="ＭＳ 明朝" w:cs=""/>
                <w:kern w:val="0"/>
                <w:sz w:val="24"/>
                <w:szCs w:val="24"/>
                <w:lang w:val="en-US" w:eastAsia="en-US" w:bidi="ar-SA"/>
              </w:rPr>
            </w:pPr>
            <w:r>
              <w:rPr>
                <w:rFonts w:eastAsia="ＭＳ 明朝" w:cs="" w:ascii="Times New Roman" w:hAnsi="Times New Roman"/>
                <w:kern w:val="0"/>
                <w:sz w:val="24"/>
                <w:szCs w:val="24"/>
                <w:lang w:val="en-US" w:eastAsia="en-US" w:bidi="ar-SA"/>
              </w:rPr>
              <w:t>57025-380</w:t>
            </w:r>
          </w:p>
        </w:tc>
        <w:tc>
          <w:tcPr>
            <w:tcW w:w="1277" w:type="dxa"/>
            <w:tcBorders>
              <w:top w:val="single" w:sz="6" w:space="0" w:color="7F7F7F"/>
              <w:left w:val="single" w:sz="6" w:space="0" w:color="7F7F7F"/>
              <w:bottom w:val="single" w:sz="6" w:space="0" w:color="7F7F7F"/>
              <w:right w:val="single" w:sz="6" w:space="0" w:color="7F7F7F"/>
            </w:tcBorders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eastAsia="ＭＳ 明朝" w:cs=""/>
                <w:kern w:val="0"/>
                <w:sz w:val="24"/>
                <w:szCs w:val="24"/>
                <w:lang w:val="en-US" w:eastAsia="en-US" w:bidi="ar-SA"/>
              </w:rPr>
            </w:pPr>
            <w:r>
              <w:rPr>
                <w:rFonts w:eastAsia="ＭＳ 明朝" w:cs="" w:ascii="Times New Roman" w:hAnsi="Times New Roman"/>
                <w:kern w:val="0"/>
                <w:sz w:val="24"/>
                <w:szCs w:val="24"/>
                <w:lang w:val="en-US" w:eastAsia="en-US" w:bidi="ar-SA"/>
              </w:rPr>
            </w:r>
          </w:p>
        </w:tc>
        <w:tc>
          <w:tcPr>
            <w:tcW w:w="1098" w:type="dxa"/>
            <w:tcBorders>
              <w:top w:val="single" w:sz="6" w:space="0" w:color="7F7F7F"/>
              <w:left w:val="single" w:sz="6" w:space="0" w:color="7F7F7F"/>
              <w:bottom w:val="single" w:sz="6" w:space="0" w:color="7F7F7F"/>
              <w:right w:val="single" w:sz="6" w:space="0" w:color="7F7F7F"/>
            </w:tcBorders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eastAsia="ＭＳ 明朝" w:cs=""/>
                <w:kern w:val="0"/>
                <w:sz w:val="24"/>
                <w:szCs w:val="24"/>
                <w:lang w:val="en-US" w:eastAsia="en-US" w:bidi="ar-SA"/>
              </w:rPr>
            </w:pPr>
            <w:r>
              <w:rPr>
                <w:rFonts w:eastAsia="ＭＳ 明朝" w:cs="" w:ascii="Times New Roman" w:hAnsi="Times New Roman"/>
                <w:kern w:val="0"/>
                <w:sz w:val="24"/>
                <w:szCs w:val="24"/>
                <w:lang w:val="en-US" w:eastAsia="en-US" w:bidi="ar-SA"/>
              </w:rPr>
            </w:r>
          </w:p>
        </w:tc>
        <w:tc>
          <w:tcPr>
            <w:tcW w:w="1588" w:type="dxa"/>
            <w:tcBorders>
              <w:top w:val="single" w:sz="6" w:space="0" w:color="7F7F7F"/>
              <w:left w:val="single" w:sz="6" w:space="0" w:color="7F7F7F"/>
              <w:bottom w:val="single" w:sz="6" w:space="0" w:color="7F7F7F"/>
              <w:right w:val="single" w:sz="6" w:space="0" w:color="7F7F7F"/>
            </w:tcBorders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eastAsia="ＭＳ 明朝" w:cs=""/>
                <w:kern w:val="0"/>
                <w:sz w:val="24"/>
                <w:szCs w:val="24"/>
                <w:lang w:val="en-US" w:eastAsia="en-US" w:bidi="ar-SA"/>
              </w:rPr>
            </w:pPr>
            <w:r>
              <w:rPr>
                <w:rFonts w:eastAsia="ＭＳ 明朝" w:cs="" w:ascii="Times New Roman" w:hAnsi="Times New Roman"/>
                <w:kern w:val="0"/>
                <w:sz w:val="24"/>
                <w:szCs w:val="24"/>
                <w:lang w:val="en-US" w:eastAsia="en-US" w:bidi="ar-SA"/>
              </w:rPr>
            </w:r>
          </w:p>
        </w:tc>
        <w:tc>
          <w:tcPr>
            <w:tcW w:w="1800" w:type="dxa"/>
            <w:tcBorders>
              <w:top w:val="single" w:sz="6" w:space="0" w:color="7F7F7F"/>
              <w:left w:val="single" w:sz="6" w:space="0" w:color="7F7F7F"/>
              <w:bottom w:val="single" w:sz="6" w:space="0" w:color="7F7F7F"/>
              <w:right w:val="single" w:sz="6" w:space="0" w:color="7F7F7F"/>
            </w:tcBorders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eastAsia="ＭＳ 明朝" w:cs=""/>
                <w:kern w:val="0"/>
                <w:sz w:val="24"/>
                <w:szCs w:val="24"/>
                <w:lang w:val="en-US" w:eastAsia="en-US" w:bidi="ar-SA"/>
              </w:rPr>
            </w:pPr>
            <w:r>
              <w:rPr>
                <w:rFonts w:eastAsia="ＭＳ 明朝" w:cs="" w:ascii="Times New Roman" w:hAnsi="Times New Roman"/>
                <w:kern w:val="0"/>
                <w:sz w:val="24"/>
                <w:szCs w:val="24"/>
                <w:lang w:val="en-US" w:eastAsia="en-US" w:bidi="ar-SA"/>
              </w:rPr>
              <w:t>Próprio</w:t>
            </w:r>
          </w:p>
        </w:tc>
      </w:tr>
      <w:tr>
        <w:trPr>
          <w:trHeight w:val="345" w:hRule="atLeast"/>
        </w:trPr>
        <w:tc>
          <w:tcPr>
            <w:tcW w:w="14325" w:type="dxa"/>
            <w:gridSpan w:val="7"/>
            <w:tcBorders>
              <w:top w:val="nil"/>
              <w:left w:val="single" w:sz="6" w:space="0" w:color="7F7F7F"/>
              <w:bottom w:val="single" w:sz="6" w:space="0" w:color="7F7F7F"/>
              <w:right w:val="single" w:sz="6" w:space="0" w:color="7F7F7F"/>
            </w:tcBorders>
            <w:shd w:fill="FFBF00" w:val="clear"/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Times New Roman" w:hAnsi="Times New Roman" w:eastAsia="ＭＳ 明朝" w:cs="" w:cstheme="minorBidi" w:eastAsiaTheme="minorEastAsia"/>
                <w:kern w:val="0"/>
                <w:sz w:val="24"/>
                <w:szCs w:val="24"/>
                <w:shd w:fill="FFBF00" w:val="clear"/>
                <w:lang w:val="en-US" w:eastAsia="en-US" w:bidi="ar-SA"/>
              </w:rPr>
            </w:pPr>
            <w:r>
              <w:rPr>
                <w:rFonts w:eastAsia="ＭＳ 明朝" w:cs="" w:cstheme="minorBidi" w:eastAsiaTheme="minorEastAsia" w:ascii="Times New Roman" w:hAnsi="Times New Roman"/>
                <w:kern w:val="0"/>
                <w:sz w:val="24"/>
                <w:szCs w:val="24"/>
                <w:shd w:fill="FFBF00" w:val="clear"/>
                <w:lang w:val="en-US" w:eastAsia="en-US" w:bidi="ar-SA"/>
              </w:rPr>
              <w:t>FUNDAMENTO LEGAL: Lei 14.133/2021, art. 91, § 2º.</w:t>
            </w:r>
          </w:p>
        </w:tc>
      </w:tr>
    </w:tbl>
    <w:p>
      <w:pPr>
        <w:pStyle w:val="Normal"/>
        <w:spacing w:before="40" w:after="200"/>
        <w:rPr/>
      </w:pPr>
      <w:r>
        <w:rPr/>
      </w:r>
    </w:p>
    <w:sectPr>
      <w:headerReference w:type="default" r:id="rId2"/>
      <w:footerReference w:type="default" r:id="rId3"/>
      <w:type w:val="nextPage"/>
      <w:pgSz w:orient="landscape" w:w="16838" w:h="11906"/>
      <w:pgMar w:left="461" w:right="461" w:header="720" w:top="777" w:footer="720" w:bottom="777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mbria">
    <w:charset w:val="00"/>
    <w:family w:val="roman"/>
    <w:pitch w:val="variable"/>
  </w:font>
  <w:font w:name="Arial">
    <w:charset w:val="00"/>
    <w:family w:val="roman"/>
    <w:pitch w:val="variable"/>
  </w:font>
  <w:font w:name="Calibri">
    <w:charset w:val="00"/>
    <w:family w:val="roman"/>
    <w:pitch w:val="variable"/>
  </w:font>
  <w:font w:name="Courier">
    <w:altName w:val="Courier New"/>
    <w:charset w:val="00"/>
    <w:family w:val="roman"/>
    <w:pitch w:val="variable"/>
  </w:font>
  <w:font w:name="Liberation Sans">
    <w:altName w:val="Arial"/>
    <w:charset w:val="00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Rodap"/>
      <w:jc w:val="center"/>
      <w:rPr/>
    </w:pPr>
    <w:r>
      <w:rPr/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Cabealho"/>
      <w:rPr>
        <w:lang w:val="pt-BR"/>
      </w:rPr>
    </w:pPr>
    <w:r>
      <w:rPr>
        <w:lang w:val="pt-BR"/>
      </w:rPr>
      <w:tab/>
      <w:tab/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"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cs="Symbol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4"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5"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6"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7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</w:numbering>
</file>

<file path=word/settings.xml><?xml version="1.0" encoding="utf-8"?>
<w:settings xmlns:w="http://schemas.openxmlformats.org/wordprocessingml/2006/main">
  <w:zoom w:percent="120"/>
  <w:defaultTabStop w:val="720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hyphenationZone w:val="425"/>
  <w:themeFontLang w:val="en-US" w:eastAsia="ja-JP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mbria" w:hAnsi="Cambria" w:eastAsia="ＭＳ 明朝" w:cs="" w:asciiTheme="minorHAnsi" w:cstheme="minorBidi" w:eastAsiaTheme="minorEastAsia" w:hAnsiTheme="minorHAnsi"/>
        <w:sz w:val="22"/>
        <w:szCs w:val="22"/>
        <w:lang w:val="en-US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fc693f"/>
    <w:pPr>
      <w:widowControl/>
      <w:suppressAutoHyphens w:val="true"/>
      <w:bidi w:val="0"/>
      <w:spacing w:lineRule="auto" w:line="276" w:before="0" w:after="200"/>
      <w:jc w:val="left"/>
    </w:pPr>
    <w:rPr>
      <w:rFonts w:ascii="Arial" w:hAnsi="Arial" w:eastAsia="ＭＳ 明朝" w:cs="" w:cstheme="minorBidi" w:eastAsiaTheme="minorEastAsia"/>
      <w:color w:val="auto"/>
      <w:kern w:val="0"/>
      <w:sz w:val="16"/>
      <w:szCs w:val="22"/>
      <w:lang w:val="en-US" w:eastAsia="en-US" w:bidi="ar-SA"/>
    </w:rPr>
  </w:style>
  <w:style w:type="paragraph" w:styleId="Ttulo1">
    <w:name w:val="Heading 1"/>
    <w:basedOn w:val="Normal"/>
    <w:next w:val="Normal"/>
    <w:link w:val="Ttulo1Char"/>
    <w:uiPriority w:val="9"/>
    <w:qFormat/>
    <w:rsid w:val="00fc693f"/>
    <w:pPr>
      <w:keepNext w:val="true"/>
      <w:keepLines/>
      <w:spacing w:before="480" w:after="0"/>
      <w:outlineLvl w:val="0"/>
    </w:pPr>
    <w:rPr>
      <w:rFonts w:ascii="Calibri" w:hAnsi="Calibri" w:eastAsia="ＭＳ ゴシック" w:cs="" w:asciiTheme="majorHAnsi" w:cstheme="majorBidi" w:eastAsiaTheme="majorEastAsia" w:hAnsiTheme="majorHAns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fc693f"/>
    <w:pPr>
      <w:keepNext w:val="true"/>
      <w:keepLines/>
      <w:spacing w:before="200" w:after="0"/>
      <w:outlineLvl w:val="1"/>
    </w:pPr>
    <w:rPr>
      <w:rFonts w:ascii="Calibri" w:hAnsi="Calibri" w:eastAsia="ＭＳ ゴシック" w:cs="" w:asciiTheme="majorHAnsi" w:cstheme="majorBidi" w:eastAsiaTheme="majorEastAsia" w:hAnsiTheme="majorHAns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fc693f"/>
    <w:pPr>
      <w:keepNext w:val="true"/>
      <w:keepLines/>
      <w:spacing w:before="200" w:after="0"/>
      <w:outlineLvl w:val="2"/>
    </w:pPr>
    <w:rPr>
      <w:rFonts w:ascii="Calibri" w:hAnsi="Calibri" w:eastAsia="ＭＳ ゴシック" w:cs="" w:asciiTheme="majorHAnsi" w:cstheme="majorBidi" w:eastAsiaTheme="majorEastAsia" w:hAnsiTheme="majorHAns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fc693f"/>
    <w:pPr>
      <w:keepNext w:val="true"/>
      <w:keepLines/>
      <w:spacing w:before="200" w:after="0"/>
      <w:outlineLvl w:val="3"/>
    </w:pPr>
    <w:rPr>
      <w:rFonts w:ascii="Calibri" w:hAnsi="Calibri" w:eastAsia="ＭＳ ゴシック" w:cs="" w:asciiTheme="majorHAnsi" w:cstheme="majorBidi" w:eastAsiaTheme="majorEastAsia" w:hAnsiTheme="majorHAnsi"/>
      <w:b/>
      <w:bCs/>
      <w:i/>
      <w:iCs/>
      <w:color w:val="4F81BD" w:themeColor="accent1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fc693f"/>
    <w:pPr>
      <w:keepNext w:val="true"/>
      <w:keepLines/>
      <w:spacing w:before="200" w:after="0"/>
      <w:outlineLvl w:val="4"/>
    </w:pPr>
    <w:rPr>
      <w:rFonts w:ascii="Calibri" w:hAnsi="Calibri" w:eastAsia="ＭＳ ゴシック" w:cs="" w:asciiTheme="majorHAnsi" w:cstheme="majorBidi" w:eastAsiaTheme="majorEastAsia" w:hAnsiTheme="majorHAnsi"/>
      <w:color w:val="243F60" w:themeColor="accent1" w:themeShade="7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fc693f"/>
    <w:pPr>
      <w:keepNext w:val="true"/>
      <w:keepLines/>
      <w:spacing w:before="200" w:after="0"/>
      <w:outlineLvl w:val="5"/>
    </w:pPr>
    <w:rPr>
      <w:rFonts w:ascii="Calibri" w:hAnsi="Calibri" w:eastAsia="ＭＳ ゴシック" w:cs="" w:asciiTheme="majorHAnsi" w:cstheme="majorBidi" w:eastAsiaTheme="majorEastAsia" w:hAnsiTheme="majorHAnsi"/>
      <w:i/>
      <w:iCs/>
      <w:color w:val="243F60" w:themeColor="accent1" w:themeShade="7f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fc693f"/>
    <w:pPr>
      <w:keepNext w:val="true"/>
      <w:keepLines/>
      <w:spacing w:before="200" w:after="0"/>
      <w:outlineLvl w:val="6"/>
    </w:pPr>
    <w:rPr>
      <w:rFonts w:ascii="Calibri" w:hAnsi="Calibri" w:eastAsia="ＭＳ ゴシック" w:cs="" w:asciiTheme="majorHAnsi" w:cstheme="majorBidi" w:eastAsiaTheme="majorEastAsia" w:hAnsiTheme="majorHAnsi"/>
      <w:i/>
      <w:iCs/>
      <w:color w:val="404040" w:themeColor="text1" w:themeTint="bf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fc693f"/>
    <w:pPr>
      <w:keepNext w:val="true"/>
      <w:keepLines/>
      <w:spacing w:before="200" w:after="0"/>
      <w:outlineLvl w:val="7"/>
    </w:pPr>
    <w:rPr>
      <w:rFonts w:ascii="Calibri" w:hAnsi="Calibri" w:eastAsia="ＭＳ ゴシック" w:cs="" w:asciiTheme="majorHAnsi" w:cstheme="majorBidi" w:eastAsiaTheme="majorEastAsia" w:hAnsiTheme="majorHAnsi"/>
      <w:color w:val="4F81BD" w:themeColor="accent1"/>
      <w:sz w:val="20"/>
      <w:szCs w:val="20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fc693f"/>
    <w:pPr>
      <w:keepNext w:val="true"/>
      <w:keepLines/>
      <w:spacing w:before="200" w:after="0"/>
      <w:outlineLvl w:val="8"/>
    </w:pPr>
    <w:rPr>
      <w:rFonts w:ascii="Calibri" w:hAnsi="Calibri" w:eastAsia="ＭＳ ゴシック" w:cs="" w:asciiTheme="majorHAnsi" w:cstheme="majorBidi" w:eastAsiaTheme="majorEastAsia" w:hAnsiTheme="majorHAnsi"/>
      <w:i/>
      <w:iCs/>
      <w:color w:val="404040" w:themeColor="text1" w:themeTint="bf"/>
      <w:sz w:val="20"/>
      <w:szCs w:val="20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CabealhoChar" w:customStyle="1">
    <w:name w:val="Cabeçalho Char"/>
    <w:basedOn w:val="DefaultParagraphFont"/>
    <w:link w:val="Cabealho"/>
    <w:uiPriority w:val="99"/>
    <w:qFormat/>
    <w:rsid w:val="00e618bf"/>
    <w:rPr/>
  </w:style>
  <w:style w:type="character" w:styleId="RodapChar" w:customStyle="1">
    <w:name w:val="Rodapé Char"/>
    <w:basedOn w:val="DefaultParagraphFont"/>
    <w:link w:val="Rodap"/>
    <w:uiPriority w:val="99"/>
    <w:qFormat/>
    <w:rsid w:val="00e618bf"/>
    <w:rPr/>
  </w:style>
  <w:style w:type="character" w:styleId="Ttulo1Char" w:customStyle="1">
    <w:name w:val="Título 1 Char"/>
    <w:basedOn w:val="DefaultParagraphFont"/>
    <w:link w:val="Ttulo1"/>
    <w:uiPriority w:val="9"/>
    <w:qFormat/>
    <w:rsid w:val="00fc693f"/>
    <w:rPr>
      <w:rFonts w:ascii="Calibri" w:hAnsi="Calibri" w:eastAsia="ＭＳ ゴシック" w:cs="" w:asciiTheme="majorHAnsi" w:cstheme="majorBidi" w:eastAsiaTheme="majorEastAsia" w:hAnsiTheme="majorHAnsi"/>
      <w:b/>
      <w:bCs/>
      <w:color w:val="365F91" w:themeColor="accent1" w:themeShade="bf"/>
      <w:sz w:val="28"/>
      <w:szCs w:val="28"/>
    </w:rPr>
  </w:style>
  <w:style w:type="character" w:styleId="Ttulo2Char" w:customStyle="1">
    <w:name w:val="Título 2 Char"/>
    <w:basedOn w:val="DefaultParagraphFont"/>
    <w:link w:val="Ttulo2"/>
    <w:uiPriority w:val="9"/>
    <w:qFormat/>
    <w:rsid w:val="00fc693f"/>
    <w:rPr>
      <w:rFonts w:ascii="Calibri" w:hAnsi="Calibri" w:eastAsia="ＭＳ ゴシック" w:cs="" w:asciiTheme="majorHAnsi" w:cstheme="majorBidi" w:eastAsiaTheme="majorEastAsia" w:hAnsiTheme="majorHAnsi"/>
      <w:b/>
      <w:bCs/>
      <w:color w:val="4F81BD" w:themeColor="accent1"/>
      <w:sz w:val="26"/>
      <w:szCs w:val="26"/>
    </w:rPr>
  </w:style>
  <w:style w:type="character" w:styleId="Ttulo3Char" w:customStyle="1">
    <w:name w:val="Título 3 Char"/>
    <w:basedOn w:val="DefaultParagraphFont"/>
    <w:link w:val="Ttulo3"/>
    <w:uiPriority w:val="9"/>
    <w:qFormat/>
    <w:rsid w:val="00fc693f"/>
    <w:rPr>
      <w:rFonts w:ascii="Calibri" w:hAnsi="Calibri" w:eastAsia="ＭＳ ゴシック" w:cs="" w:asciiTheme="majorHAnsi" w:cstheme="majorBidi" w:eastAsiaTheme="majorEastAsia" w:hAnsiTheme="majorHAnsi"/>
      <w:b/>
      <w:bCs/>
      <w:color w:val="4F81BD" w:themeColor="accent1"/>
    </w:rPr>
  </w:style>
  <w:style w:type="character" w:styleId="TtuloChar" w:customStyle="1">
    <w:name w:val="Título Char"/>
    <w:basedOn w:val="DefaultParagraphFont"/>
    <w:link w:val="Ttulo"/>
    <w:uiPriority w:val="10"/>
    <w:qFormat/>
    <w:rsid w:val="00fc693f"/>
    <w:rPr>
      <w:rFonts w:ascii="Calibri" w:hAnsi="Calibri" w:eastAsia="ＭＳ ゴシック" w:cs="" w:asciiTheme="majorHAnsi" w:cstheme="majorBidi" w:eastAsiaTheme="majorEastAsia" w:hAnsiTheme="majorHAnsi"/>
      <w:color w:val="17365D" w:themeColor="text2" w:themeShade="bf"/>
      <w:spacing w:val="5"/>
      <w:kern w:val="2"/>
      <w:sz w:val="52"/>
      <w:szCs w:val="52"/>
    </w:rPr>
  </w:style>
  <w:style w:type="character" w:styleId="SubttuloChar" w:customStyle="1">
    <w:name w:val="Subtítulo Char"/>
    <w:basedOn w:val="DefaultParagraphFont"/>
    <w:link w:val="Subttulo"/>
    <w:uiPriority w:val="11"/>
    <w:qFormat/>
    <w:rsid w:val="00fc693f"/>
    <w:rPr>
      <w:rFonts w:ascii="Calibri" w:hAnsi="Calibri" w:eastAsia="ＭＳ ゴシック" w:cs="" w:asciiTheme="majorHAnsi" w:cstheme="majorBidi" w:eastAsiaTheme="majorEastAsia" w:hAnsiTheme="majorHAnsi"/>
      <w:i/>
      <w:iCs/>
      <w:color w:val="4F81BD" w:themeColor="accent1"/>
      <w:spacing w:val="15"/>
      <w:sz w:val="24"/>
      <w:szCs w:val="24"/>
    </w:rPr>
  </w:style>
  <w:style w:type="character" w:styleId="CorpodetextoChar" w:customStyle="1">
    <w:name w:val="Corpo de texto Char"/>
    <w:basedOn w:val="DefaultParagraphFont"/>
    <w:link w:val="Corpodetexto"/>
    <w:uiPriority w:val="99"/>
    <w:qFormat/>
    <w:rsid w:val="00aa1d8d"/>
    <w:rPr/>
  </w:style>
  <w:style w:type="character" w:styleId="Corpodetexto2Char" w:customStyle="1">
    <w:name w:val="Corpo de texto 2 Char"/>
    <w:basedOn w:val="DefaultParagraphFont"/>
    <w:link w:val="Corpodetexto2"/>
    <w:uiPriority w:val="99"/>
    <w:qFormat/>
    <w:rsid w:val="00aa1d8d"/>
    <w:rPr/>
  </w:style>
  <w:style w:type="character" w:styleId="Corpodetexto3Char" w:customStyle="1">
    <w:name w:val="Corpo de texto 3 Char"/>
    <w:basedOn w:val="DefaultParagraphFont"/>
    <w:link w:val="Corpodetexto3"/>
    <w:uiPriority w:val="99"/>
    <w:qFormat/>
    <w:rsid w:val="00aa1d8d"/>
    <w:rPr>
      <w:sz w:val="16"/>
      <w:szCs w:val="16"/>
    </w:rPr>
  </w:style>
  <w:style w:type="character" w:styleId="TextodemacroChar" w:customStyle="1">
    <w:name w:val="Texto de macro Char"/>
    <w:basedOn w:val="DefaultParagraphFont"/>
    <w:link w:val="Textodemacro"/>
    <w:uiPriority w:val="99"/>
    <w:qFormat/>
    <w:rsid w:val="0029639d"/>
    <w:rPr>
      <w:rFonts w:ascii="Courier" w:hAnsi="Courier"/>
      <w:sz w:val="20"/>
      <w:szCs w:val="20"/>
    </w:rPr>
  </w:style>
  <w:style w:type="character" w:styleId="CitaoChar" w:customStyle="1">
    <w:name w:val="Citação Char"/>
    <w:basedOn w:val="DefaultParagraphFont"/>
    <w:link w:val="Citao"/>
    <w:uiPriority w:val="29"/>
    <w:qFormat/>
    <w:rsid w:val="00fc693f"/>
    <w:rPr>
      <w:i/>
      <w:iCs/>
      <w:color w:val="000000" w:themeColor="text1"/>
    </w:rPr>
  </w:style>
  <w:style w:type="character" w:styleId="Ttulo4Char" w:customStyle="1">
    <w:name w:val="Título 4 Char"/>
    <w:basedOn w:val="DefaultParagraphFont"/>
    <w:link w:val="Ttulo4"/>
    <w:uiPriority w:val="9"/>
    <w:semiHidden/>
    <w:qFormat/>
    <w:rsid w:val="00fc693f"/>
    <w:rPr>
      <w:rFonts w:ascii="Calibri" w:hAnsi="Calibri" w:eastAsia="ＭＳ ゴシック" w:cs="" w:asciiTheme="majorHAnsi" w:cstheme="majorBidi" w:eastAsiaTheme="majorEastAsia" w:hAnsiTheme="majorHAnsi"/>
      <w:b/>
      <w:bCs/>
      <w:i/>
      <w:iCs/>
      <w:color w:val="4F81BD" w:themeColor="accent1"/>
    </w:rPr>
  </w:style>
  <w:style w:type="character" w:styleId="Ttulo5Char" w:customStyle="1">
    <w:name w:val="Título 5 Char"/>
    <w:basedOn w:val="DefaultParagraphFont"/>
    <w:link w:val="Ttulo5"/>
    <w:uiPriority w:val="9"/>
    <w:semiHidden/>
    <w:qFormat/>
    <w:rsid w:val="00fc693f"/>
    <w:rPr>
      <w:rFonts w:ascii="Calibri" w:hAnsi="Calibri" w:eastAsia="ＭＳ ゴシック" w:cs="" w:asciiTheme="majorHAnsi" w:cstheme="majorBidi" w:eastAsiaTheme="majorEastAsia" w:hAnsiTheme="majorHAnsi"/>
      <w:color w:val="243F60" w:themeColor="accent1" w:themeShade="7f"/>
    </w:rPr>
  </w:style>
  <w:style w:type="character" w:styleId="Ttulo6Char" w:customStyle="1">
    <w:name w:val="Título 6 Char"/>
    <w:basedOn w:val="DefaultParagraphFont"/>
    <w:link w:val="Ttulo6"/>
    <w:uiPriority w:val="9"/>
    <w:semiHidden/>
    <w:qFormat/>
    <w:rsid w:val="00fc693f"/>
    <w:rPr>
      <w:rFonts w:ascii="Calibri" w:hAnsi="Calibri" w:eastAsia="ＭＳ ゴシック" w:cs="" w:asciiTheme="majorHAnsi" w:cstheme="majorBidi" w:eastAsiaTheme="majorEastAsia" w:hAnsiTheme="majorHAnsi"/>
      <w:i/>
      <w:iCs/>
      <w:color w:val="243F60" w:themeColor="accent1" w:themeShade="7f"/>
    </w:rPr>
  </w:style>
  <w:style w:type="character" w:styleId="Ttulo7Char" w:customStyle="1">
    <w:name w:val="Título 7 Char"/>
    <w:basedOn w:val="DefaultParagraphFont"/>
    <w:link w:val="Ttulo7"/>
    <w:uiPriority w:val="9"/>
    <w:semiHidden/>
    <w:qFormat/>
    <w:rsid w:val="00fc693f"/>
    <w:rPr>
      <w:rFonts w:ascii="Calibri" w:hAnsi="Calibri" w:eastAsia="ＭＳ ゴシック" w:cs="" w:asciiTheme="majorHAnsi" w:cstheme="majorBidi" w:eastAsiaTheme="majorEastAsia" w:hAnsiTheme="majorHAnsi"/>
      <w:i/>
      <w:iCs/>
      <w:color w:val="404040" w:themeColor="text1" w:themeTint="bf"/>
    </w:rPr>
  </w:style>
  <w:style w:type="character" w:styleId="Ttulo8Char" w:customStyle="1">
    <w:name w:val="Título 8 Char"/>
    <w:basedOn w:val="DefaultParagraphFont"/>
    <w:link w:val="Ttulo8"/>
    <w:uiPriority w:val="9"/>
    <w:semiHidden/>
    <w:qFormat/>
    <w:rsid w:val="00fc693f"/>
    <w:rPr>
      <w:rFonts w:ascii="Calibri" w:hAnsi="Calibri" w:eastAsia="ＭＳ ゴシック" w:cs="" w:asciiTheme="majorHAnsi" w:cstheme="majorBidi" w:eastAsiaTheme="majorEastAsia" w:hAnsiTheme="majorHAnsi"/>
      <w:color w:val="4F81BD" w:themeColor="accent1"/>
      <w:sz w:val="20"/>
      <w:szCs w:val="20"/>
    </w:rPr>
  </w:style>
  <w:style w:type="character" w:styleId="Ttulo9Char" w:customStyle="1">
    <w:name w:val="Título 9 Char"/>
    <w:basedOn w:val="DefaultParagraphFont"/>
    <w:link w:val="Ttulo9"/>
    <w:uiPriority w:val="9"/>
    <w:semiHidden/>
    <w:qFormat/>
    <w:rsid w:val="00fc693f"/>
    <w:rPr>
      <w:rFonts w:ascii="Calibri" w:hAnsi="Calibri" w:eastAsia="ＭＳ ゴシック" w:cs="" w:asciiTheme="majorHAnsi" w:cstheme="majorBidi" w:eastAsiaTheme="majorEastAsia" w:hAnsiTheme="majorHAnsi"/>
      <w:i/>
      <w:iCs/>
      <w:color w:val="404040" w:themeColor="text1" w:themeTint="bf"/>
      <w:sz w:val="20"/>
      <w:szCs w:val="20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Nfase">
    <w:name w:val="Ênfase"/>
    <w:basedOn w:val="DefaultParagraphFont"/>
    <w:uiPriority w:val="20"/>
    <w:qFormat/>
    <w:rsid w:val="00fc693f"/>
    <w:rPr>
      <w:i/>
      <w:iCs/>
    </w:rPr>
  </w:style>
  <w:style w:type="character" w:styleId="CitaoIntensaChar" w:customStyle="1">
    <w:name w:val="Citação Intensa Char"/>
    <w:basedOn w:val="DefaultParagraphFont"/>
    <w:link w:val="CitaoIntensa"/>
    <w:uiPriority w:val="30"/>
    <w:qFormat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tulo">
    <w:name w:val="Título"/>
    <w:basedOn w:val="Normal"/>
    <w:next w:val="Corpodotexto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Corpodotexto">
    <w:name w:val="Body Text"/>
    <w:basedOn w:val="Normal"/>
    <w:link w:val="CorpodetextoChar"/>
    <w:uiPriority w:val="99"/>
    <w:unhideWhenUsed/>
    <w:rsid w:val="00aa1d8d"/>
    <w:pPr>
      <w:spacing w:before="0" w:after="120"/>
    </w:pPr>
    <w:rPr/>
  </w:style>
  <w:style w:type="paragraph" w:styleId="Lista">
    <w:name w:val="List"/>
    <w:basedOn w:val="Normal"/>
    <w:uiPriority w:val="99"/>
    <w:unhideWhenUsed/>
    <w:rsid w:val="00aa1d8d"/>
    <w:pPr>
      <w:spacing w:before="0" w:after="200"/>
      <w:ind w:left="360" w:hanging="360"/>
      <w:contextualSpacing/>
    </w:pPr>
    <w:rPr/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Arial"/>
    </w:rPr>
  </w:style>
  <w:style w:type="paragraph" w:styleId="CabealhoeRodap">
    <w:name w:val="Cabeçalho e Rodapé"/>
    <w:basedOn w:val="Normal"/>
    <w:qFormat/>
    <w:pPr/>
    <w:rPr/>
  </w:style>
  <w:style w:type="paragraph" w:styleId="Cabealho">
    <w:name w:val="Header"/>
    <w:basedOn w:val="Normal"/>
    <w:link w:val="CabealhoChar"/>
    <w:uiPriority w:val="99"/>
    <w:unhideWhenUsed/>
    <w:rsid w:val="00e618bf"/>
    <w:pPr>
      <w:tabs>
        <w:tab w:val="clear" w:pos="720"/>
        <w:tab w:val="center" w:pos="4680" w:leader="none"/>
        <w:tab w:val="right" w:pos="9360" w:leader="none"/>
      </w:tabs>
      <w:spacing w:lineRule="auto" w:line="240" w:before="0" w:after="0"/>
    </w:pPr>
    <w:rPr/>
  </w:style>
  <w:style w:type="paragraph" w:styleId="Rodap">
    <w:name w:val="Footer"/>
    <w:basedOn w:val="Normal"/>
    <w:link w:val="RodapChar"/>
    <w:uiPriority w:val="99"/>
    <w:unhideWhenUsed/>
    <w:rsid w:val="00e618bf"/>
    <w:pPr>
      <w:tabs>
        <w:tab w:val="clear" w:pos="720"/>
        <w:tab w:val="center" w:pos="4680" w:leader="none"/>
        <w:tab w:val="right" w:pos="9360" w:leader="none"/>
      </w:tabs>
      <w:spacing w:lineRule="auto" w:line="240" w:before="0" w:after="0"/>
    </w:pPr>
    <w:rPr/>
  </w:style>
  <w:style w:type="paragraph" w:styleId="NoSpacing">
    <w:name w:val="No Spacing"/>
    <w:uiPriority w:val="1"/>
    <w:qFormat/>
    <w:rsid w:val="00fc693f"/>
    <w:pPr>
      <w:widowControl/>
      <w:suppressAutoHyphens w:val="true"/>
      <w:bidi w:val="0"/>
      <w:spacing w:lineRule="auto" w:line="240" w:before="0" w:after="0"/>
      <w:jc w:val="left"/>
    </w:pPr>
    <w:rPr>
      <w:rFonts w:ascii="Cambria" w:hAnsi="Cambria" w:eastAsia="ＭＳ 明朝" w:cs="" w:asciiTheme="minorHAnsi" w:cstheme="minorBidi" w:eastAsiaTheme="minorEastAsia" w:hAnsiTheme="minorHAnsi"/>
      <w:color w:val="auto"/>
      <w:kern w:val="0"/>
      <w:sz w:val="22"/>
      <w:szCs w:val="22"/>
      <w:lang w:val="en-US" w:eastAsia="en-US" w:bidi="ar-SA"/>
    </w:rPr>
  </w:style>
  <w:style w:type="paragraph" w:styleId="Ttulododocumento">
    <w:name w:val="Title"/>
    <w:basedOn w:val="Normal"/>
    <w:next w:val="Normal"/>
    <w:link w:val="TtuloChar"/>
    <w:uiPriority w:val="10"/>
    <w:qFormat/>
    <w:rsid w:val="00fc693f"/>
    <w:pPr>
      <w:pBdr>
        <w:bottom w:val="single" w:sz="8" w:space="4" w:color="4F81BD"/>
      </w:pBdr>
      <w:spacing w:lineRule="auto" w:line="240" w:before="0" w:after="300"/>
      <w:contextualSpacing/>
    </w:pPr>
    <w:rPr>
      <w:rFonts w:ascii="Calibri" w:hAnsi="Calibri" w:eastAsia="ＭＳ ゴシック" w:cs="" w:asciiTheme="majorHAnsi" w:cstheme="majorBidi" w:eastAsiaTheme="majorEastAsia" w:hAnsiTheme="majorHAnsi"/>
      <w:color w:val="17365D" w:themeColor="text2" w:themeShade="bf"/>
      <w:spacing w:val="5"/>
      <w:kern w:val="2"/>
      <w:sz w:val="52"/>
      <w:szCs w:val="52"/>
    </w:rPr>
  </w:style>
  <w:style w:type="paragraph" w:styleId="Subttulo">
    <w:name w:val="Subtitle"/>
    <w:basedOn w:val="Normal"/>
    <w:next w:val="Normal"/>
    <w:link w:val="SubttuloChar"/>
    <w:uiPriority w:val="11"/>
    <w:qFormat/>
    <w:rsid w:val="00fc693f"/>
    <w:pPr/>
    <w:rPr>
      <w:rFonts w:ascii="Calibri" w:hAnsi="Calibri" w:eastAsia="ＭＳ ゴシック" w:cs="" w:asciiTheme="majorHAnsi" w:cstheme="majorBidi" w:eastAsiaTheme="majorEastAsia" w:hAnsiTheme="majorHAns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spacing w:before="0" w:after="200"/>
      <w:ind w:left="720" w:hanging="0"/>
      <w:contextualSpacing/>
    </w:pPr>
    <w:rPr/>
  </w:style>
  <w:style w:type="paragraph" w:styleId="BodyText2">
    <w:name w:val="Body Text 2"/>
    <w:basedOn w:val="Normal"/>
    <w:link w:val="Corpodetexto2Char"/>
    <w:uiPriority w:val="99"/>
    <w:unhideWhenUsed/>
    <w:qFormat/>
    <w:rsid w:val="00aa1d8d"/>
    <w:pPr>
      <w:spacing w:lineRule="auto" w:line="480" w:before="0" w:after="120"/>
    </w:pPr>
    <w:rPr/>
  </w:style>
  <w:style w:type="paragraph" w:styleId="BodyText3">
    <w:name w:val="Body Text 3"/>
    <w:basedOn w:val="Normal"/>
    <w:link w:val="Corpodetexto3Char"/>
    <w:uiPriority w:val="99"/>
    <w:unhideWhenUsed/>
    <w:qFormat/>
    <w:rsid w:val="00aa1d8d"/>
    <w:pPr>
      <w:spacing w:before="0" w:after="120"/>
    </w:pPr>
    <w:rPr>
      <w:szCs w:val="16"/>
    </w:rPr>
  </w:style>
  <w:style w:type="paragraph" w:styleId="ListBullet3">
    <w:name w:val="List Bullet 3"/>
    <w:basedOn w:val="Normal"/>
    <w:uiPriority w:val="99"/>
    <w:unhideWhenUsed/>
    <w:qFormat/>
    <w:rsid w:val="00326f90"/>
    <w:pPr>
      <w:numPr>
        <w:ilvl w:val="0"/>
        <w:numId w:val="3"/>
      </w:numPr>
      <w:spacing w:before="0" w:after="200"/>
      <w:contextualSpacing/>
    </w:pPr>
    <w:rPr/>
  </w:style>
  <w:style w:type="paragraph" w:styleId="ListBullet4">
    <w:name w:val="List Bullet 4"/>
    <w:basedOn w:val="Normal"/>
    <w:uiPriority w:val="99"/>
    <w:unhideWhenUsed/>
    <w:qFormat/>
    <w:rsid w:val="00326f90"/>
    <w:pPr>
      <w:spacing w:before="0" w:after="200"/>
      <w:ind w:left="1080" w:hanging="360"/>
      <w:contextualSpacing/>
    </w:pPr>
    <w:rPr/>
  </w:style>
  <w:style w:type="paragraph" w:styleId="ListBullet">
    <w:name w:val="List Bullet"/>
    <w:basedOn w:val="Normal"/>
    <w:uiPriority w:val="99"/>
    <w:unhideWhenUsed/>
    <w:qFormat/>
    <w:rsid w:val="00326f90"/>
    <w:pPr>
      <w:numPr>
        <w:ilvl w:val="0"/>
        <w:numId w:val="1"/>
      </w:numPr>
      <w:spacing w:before="0" w:after="200"/>
      <w:contextualSpacing/>
    </w:pPr>
    <w:rPr/>
  </w:style>
  <w:style w:type="paragraph" w:styleId="ListBullet2">
    <w:name w:val="List Bullet 2"/>
    <w:basedOn w:val="Normal"/>
    <w:uiPriority w:val="99"/>
    <w:unhideWhenUsed/>
    <w:qFormat/>
    <w:rsid w:val="00326f90"/>
    <w:pPr>
      <w:numPr>
        <w:ilvl w:val="0"/>
        <w:numId w:val="2"/>
      </w:numPr>
      <w:spacing w:before="0" w:after="200"/>
      <w:contextualSpacing/>
    </w:pPr>
    <w:rPr/>
  </w:style>
  <w:style w:type="paragraph" w:styleId="ListNumber">
    <w:name w:val="List Number"/>
    <w:basedOn w:val="Normal"/>
    <w:uiPriority w:val="99"/>
    <w:unhideWhenUsed/>
    <w:qFormat/>
    <w:rsid w:val="00326f90"/>
    <w:pPr>
      <w:numPr>
        <w:ilvl w:val="0"/>
        <w:numId w:val="4"/>
      </w:numPr>
      <w:spacing w:before="0" w:after="200"/>
      <w:contextualSpacing/>
    </w:pPr>
    <w:rPr/>
  </w:style>
  <w:style w:type="paragraph" w:styleId="ListNumber2">
    <w:name w:val="List Number 2"/>
    <w:basedOn w:val="Normal"/>
    <w:uiPriority w:val="99"/>
    <w:unhideWhenUsed/>
    <w:qFormat/>
    <w:rsid w:val="0029639d"/>
    <w:pPr>
      <w:numPr>
        <w:ilvl w:val="0"/>
        <w:numId w:val="5"/>
      </w:numPr>
      <w:spacing w:before="0" w:after="200"/>
      <w:contextualSpacing/>
    </w:pPr>
    <w:rPr/>
  </w:style>
  <w:style w:type="paragraph" w:styleId="ListNumber3">
    <w:name w:val="List Number 3"/>
    <w:basedOn w:val="Normal"/>
    <w:uiPriority w:val="99"/>
    <w:unhideWhenUsed/>
    <w:qFormat/>
    <w:rsid w:val="0029639d"/>
    <w:pPr>
      <w:numPr>
        <w:ilvl w:val="0"/>
        <w:numId w:val="6"/>
      </w:numPr>
      <w:spacing w:before="0" w:after="200"/>
      <w:contextualSpacing/>
    </w:pPr>
    <w:rPr/>
  </w:style>
  <w:style w:type="paragraph" w:styleId="ListContinue">
    <w:name w:val="List Continue"/>
    <w:basedOn w:val="Normal"/>
    <w:uiPriority w:val="99"/>
    <w:unhideWhenUsed/>
    <w:qFormat/>
    <w:rsid w:val="0029639d"/>
    <w:pPr>
      <w:spacing w:before="0" w:after="120"/>
      <w:ind w:left="360" w:hanging="0"/>
      <w:contextualSpacing/>
    </w:pPr>
    <w:rPr/>
  </w:style>
  <w:style w:type="paragraph" w:styleId="ListContinue2">
    <w:name w:val="List Continue 2"/>
    <w:basedOn w:val="Normal"/>
    <w:uiPriority w:val="99"/>
    <w:unhideWhenUsed/>
    <w:qFormat/>
    <w:rsid w:val="0029639d"/>
    <w:pPr>
      <w:spacing w:before="0" w:after="120"/>
      <w:ind w:left="720" w:hanging="0"/>
      <w:contextualSpacing/>
    </w:pPr>
    <w:rPr/>
  </w:style>
  <w:style w:type="paragraph" w:styleId="ListContinue3">
    <w:name w:val="List Continue 3"/>
    <w:basedOn w:val="Normal"/>
    <w:uiPriority w:val="99"/>
    <w:unhideWhenUsed/>
    <w:qFormat/>
    <w:rsid w:val="0029639d"/>
    <w:pPr>
      <w:spacing w:before="0" w:after="120"/>
      <w:ind w:left="1080" w:hanging="0"/>
      <w:contextualSpacing/>
    </w:pPr>
    <w:rPr/>
  </w:style>
  <w:style w:type="paragraph" w:styleId="Macro">
    <w:name w:val="macro"/>
    <w:link w:val="TextodemacroChar"/>
    <w:uiPriority w:val="99"/>
    <w:unhideWhenUsed/>
    <w:qFormat/>
    <w:rsid w:val="0029639d"/>
    <w:pPr>
      <w:widowControl/>
      <w:tabs>
        <w:tab w:val="clear" w:pos="720"/>
        <w:tab w:val="left" w:pos="576" w:leader="none"/>
        <w:tab w:val="left" w:pos="1152" w:leader="none"/>
        <w:tab w:val="left" w:pos="1728" w:leader="none"/>
        <w:tab w:val="left" w:pos="2304" w:leader="none"/>
        <w:tab w:val="left" w:pos="2880" w:leader="none"/>
        <w:tab w:val="left" w:pos="3456" w:leader="none"/>
        <w:tab w:val="left" w:pos="4032" w:leader="none"/>
      </w:tabs>
      <w:suppressAutoHyphens w:val="true"/>
      <w:bidi w:val="0"/>
      <w:spacing w:lineRule="auto" w:line="276" w:before="0" w:after="200"/>
      <w:jc w:val="left"/>
    </w:pPr>
    <w:rPr>
      <w:rFonts w:ascii="Courier" w:hAnsi="Courier" w:eastAsia="ＭＳ 明朝" w:cs="" w:cstheme="minorBidi" w:eastAsiaTheme="minorEastAsia"/>
      <w:color w:val="auto"/>
      <w:kern w:val="0"/>
      <w:sz w:val="20"/>
      <w:szCs w:val="20"/>
      <w:lang w:val="en-US" w:eastAsia="en-US" w:bidi="ar-SA"/>
    </w:rPr>
  </w:style>
  <w:style w:type="paragraph" w:styleId="Quote">
    <w:name w:val="Quote"/>
    <w:basedOn w:val="Normal"/>
    <w:next w:val="Normal"/>
    <w:link w:val="CitaoChar"/>
    <w:uiPriority w:val="29"/>
    <w:qFormat/>
    <w:rsid w:val="00fc693f"/>
    <w:pPr/>
    <w:rPr>
      <w:i/>
      <w:iCs/>
      <w:color w:val="000000" w:themeColor="text1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Rule="auto" w:line="240"/>
    </w:pPr>
    <w:rPr>
      <w:b/>
      <w:bCs/>
      <w:color w:val="4F81BD" w:themeColor="accent1"/>
      <w:sz w:val="18"/>
      <w:szCs w:val="18"/>
    </w:rPr>
  </w:style>
  <w:style w:type="paragraph" w:styleId="IntenseQuote">
    <w:name w:val="Intense Quote"/>
    <w:basedOn w:val="Normal"/>
    <w:next w:val="Normal"/>
    <w:link w:val="CitaoIntensaChar"/>
    <w:uiPriority w:val="30"/>
    <w:qFormat/>
    <w:rsid w:val="00fc693f"/>
    <w:pPr>
      <w:pBdr>
        <w:bottom w:val="single" w:sz="4" w:space="4" w:color="4F81BD"/>
      </w:pBdr>
      <w:spacing w:before="200" w:after="280"/>
      <w:ind w:left="936" w:right="936" w:hanging="0"/>
    </w:pPr>
    <w:rPr>
      <w:b/>
      <w:bCs/>
      <w:i/>
      <w:iCs/>
      <w:color w:val="4F81BD" w:themeColor="accent1"/>
    </w:rPr>
  </w:style>
  <w:style w:type="paragraph" w:styleId="TOCHeading">
    <w:name w:val="TOC Heading"/>
    <w:basedOn w:val="Ttulo1"/>
    <w:next w:val="Normal"/>
    <w:uiPriority w:val="39"/>
    <w:semiHidden/>
    <w:unhideWhenUsed/>
    <w:qFormat/>
    <w:rsid w:val="00fc693f"/>
    <w:pPr/>
    <w:rPr/>
  </w:style>
  <w:style w:type="numbering" w:styleId="NoList" w:default="1">
    <w:name w:val="No List"/>
    <w:uiPriority w:val="99"/>
    <w:semiHidden/>
    <w:unhideWhenUsed/>
    <w:qFormat/>
  </w:style>
  <w:style w:type="table" w:default="1" w:styleId="Tabelanormal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abelacomgrade">
    <w:name w:val="Table Grid"/>
    <w:basedOn w:val="Tabelanormal"/>
    <w:uiPriority w:val="59"/>
    <w:rsid w:val="00fc693f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styleId="SombreamentoClaro">
    <w:name w:val="Light Shading"/>
    <w:basedOn w:val="Tabela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color="000000" w:themeColor="text1" w:sz="8" w:space="0"/>
        <w:bottom w:val="single" w:color="000000" w:themeColor="text1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000000" w:themeColor="text1" w:sz="8" w:space="0"/>
          <w:left w:val="nil"/>
          <w:bottom w:val="single" w:color="000000" w:themeColor="text1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000000" w:themeColor="text1" w:sz="8" w:space="0"/>
          <w:left w:val="nil"/>
          <w:bottom w:val="single" w:color="000000" w:themeColor="text1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SombreamentoClaro-nfase1">
    <w:name w:val="Light Shading Accent 1"/>
    <w:basedOn w:val="Tabela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color="4F81BD" w:themeColor="accent1" w:sz="8" w:space="0"/>
        <w:bottom w:val="single" w:color="4F81BD" w:themeColor="accent1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4F81BD" w:themeColor="accent1" w:sz="8" w:space="0"/>
          <w:left w:val="nil"/>
          <w:bottom w:val="single" w:color="4F81BD" w:themeColor="accent1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4F81BD" w:themeColor="accent1" w:sz="8" w:space="0"/>
          <w:left w:val="nil"/>
          <w:bottom w:val="single" w:color="4F81BD" w:themeColor="accent1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SombreamentoClaro-nfase2">
    <w:name w:val="Light Shading Accent 2"/>
    <w:basedOn w:val="Tabela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color="C0504D" w:themeColor="accent2" w:sz="8" w:space="0"/>
        <w:bottom w:val="single" w:color="C0504D" w:themeColor="accent2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C0504D" w:themeColor="accent2" w:sz="8" w:space="0"/>
          <w:left w:val="nil"/>
          <w:bottom w:val="single" w:color="C0504D" w:themeColor="accent2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C0504D" w:themeColor="accent2" w:sz="8" w:space="0"/>
          <w:left w:val="nil"/>
          <w:bottom w:val="single" w:color="C0504D" w:themeColor="accent2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SombreamentoClaro-nfase3">
    <w:name w:val="Light Shading Accent 3"/>
    <w:basedOn w:val="Tabela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color="9BBB59" w:themeColor="accent3" w:sz="8" w:space="0"/>
        <w:bottom w:val="single" w:color="9BBB59" w:themeColor="accent3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9BBB59" w:themeColor="accent3" w:sz="8" w:space="0"/>
          <w:left w:val="nil"/>
          <w:bottom w:val="single" w:color="9BBB59" w:themeColor="accent3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9BBB59" w:themeColor="accent3" w:sz="8" w:space="0"/>
          <w:left w:val="nil"/>
          <w:bottom w:val="single" w:color="9BBB59" w:themeColor="accent3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SombreamentoClaro-nfase4">
    <w:name w:val="Light Shading Accent 4"/>
    <w:basedOn w:val="Tabela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color="8064A2" w:themeColor="accent4" w:sz="8" w:space="0"/>
        <w:bottom w:val="single" w:color="8064A2" w:themeColor="accent4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8064A2" w:themeColor="accent4" w:sz="8" w:space="0"/>
          <w:left w:val="nil"/>
          <w:bottom w:val="single" w:color="8064A2" w:themeColor="accent4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8064A2" w:themeColor="accent4" w:sz="8" w:space="0"/>
          <w:left w:val="nil"/>
          <w:bottom w:val="single" w:color="8064A2" w:themeColor="accent4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SombreamentoClaro-nfase5">
    <w:name w:val="Light Shading Accent 5"/>
    <w:basedOn w:val="Tabela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color="4BACC6" w:themeColor="accent5" w:sz="8" w:space="0"/>
        <w:bottom w:val="single" w:color="4BACC6" w:themeColor="accent5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4BACC6" w:themeColor="accent5" w:sz="8" w:space="0"/>
          <w:left w:val="nil"/>
          <w:bottom w:val="single" w:color="4BACC6" w:themeColor="accent5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4BACC6" w:themeColor="accent5" w:sz="8" w:space="0"/>
          <w:left w:val="nil"/>
          <w:bottom w:val="single" w:color="4BACC6" w:themeColor="accent5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SombreamentoClaro-nfase6">
    <w:name w:val="Light Shading Accent 6"/>
    <w:basedOn w:val="Tabela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color="F79646" w:themeColor="accent6" w:sz="8" w:space="0"/>
        <w:bottom w:val="single" w:color="F79646" w:themeColor="accent6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F79646" w:themeColor="accent6" w:sz="8" w:space="0"/>
          <w:left w:val="nil"/>
          <w:bottom w:val="single" w:color="F79646" w:themeColor="accent6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F79646" w:themeColor="accent6" w:sz="8" w:space="0"/>
          <w:left w:val="nil"/>
          <w:bottom w:val="single" w:color="F79646" w:themeColor="accent6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staClara">
    <w:name w:val="Light List"/>
    <w:basedOn w:val="Tabela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000000" w:themeColor="text1" w:sz="6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  <w:tblStylePr w:type="band1Horz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</w:style>
  <w:style w:type="table" w:styleId="ListaClara-nfase1">
    <w:name w:val="Light List Accent 1"/>
    <w:basedOn w:val="Tabela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4F81BD" w:themeColor="accent1" w:sz="6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  <w:tblStylePr w:type="band1Horz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</w:style>
  <w:style w:type="table" w:styleId="ListaClara-nfase2">
    <w:name w:val="Light List Accent 2"/>
    <w:basedOn w:val="Tabe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C0504D" w:themeColor="accent2" w:sz="6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  <w:tblStylePr w:type="band1Horz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</w:style>
  <w:style w:type="table" w:styleId="ListaClara-nfase3">
    <w:name w:val="Light List Accent 3"/>
    <w:basedOn w:val="Tabe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9BBB59" w:themeColor="accent3" w:sz="6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  <w:tblStylePr w:type="band1Horz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</w:style>
  <w:style w:type="table" w:styleId="ListaClara-nfase4">
    <w:name w:val="Light List Accent 4"/>
    <w:basedOn w:val="Tabe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8064A2" w:themeColor="accent4" w:sz="6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  <w:tblStylePr w:type="band1Horz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</w:style>
  <w:style w:type="table" w:styleId="ListaClara-nfase5">
    <w:name w:val="Light List Accent 5"/>
    <w:basedOn w:val="Tabe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4BACC6" w:themeColor="accent5" w:sz="6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  <w:tblStylePr w:type="band1Horz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</w:style>
  <w:style w:type="table" w:styleId="ListaClara-nfase6">
    <w:name w:val="Light List Accent 6"/>
    <w:basedOn w:val="Tabe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F79646" w:themeColor="accent6" w:sz="6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  <w:tblStylePr w:type="band1Horz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</w:style>
  <w:style w:type="table" w:styleId="GradeClara">
    <w:name w:val="Light Grid"/>
    <w:basedOn w:val="Tabe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  <w:insideH w:val="single" w:color="000000" w:themeColor="text1" w:sz="8" w:space="0"/>
        <w:insideV w:val="single" w:color="000000" w:themeColor="text1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18" w:space="0"/>
          <w:right w:val="single" w:color="000000" w:themeColor="text1" w:sz="8" w:space="0"/>
          <w:insideH w:val="nil"/>
          <w:insideV w:val="single" w:color="000000" w:themeColor="text1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000000" w:themeColor="text1" w:sz="6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  <w:insideH w:val="nil"/>
          <w:insideV w:val="single" w:color="000000" w:themeColor="text1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  <w:tblPr/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  <w:tblStylePr w:type="band1Vert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  <w:insideV w:val="single" w:color="000000" w:themeColor="text1" w:sz="8" w:space="0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  <w:insideV w:val="single" w:color="000000" w:themeColor="text1" w:sz="8" w:space="0"/>
        </w:tcBorders>
      </w:tcPr>
    </w:tblStylePr>
  </w:style>
  <w:style w:type="table" w:styleId="GradeClara-nfase1">
    <w:name w:val="Light Grid Accent 1"/>
    <w:basedOn w:val="Tabe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  <w:insideH w:val="single" w:color="4F81BD" w:themeColor="accent1" w:sz="8" w:space="0"/>
        <w:insideV w:val="single" w:color="4F81BD" w:themeColor="accent1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18" w:space="0"/>
          <w:right w:val="single" w:color="4F81BD" w:themeColor="accent1" w:sz="8" w:space="0"/>
          <w:insideH w:val="nil"/>
          <w:insideV w:val="single" w:color="4F81BD" w:themeColor="accent1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4F81BD" w:themeColor="accent1" w:sz="6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  <w:insideH w:val="nil"/>
          <w:insideV w:val="single" w:color="4F81BD" w:themeColor="accent1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  <w:tblPr/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  <w:tblStylePr w:type="band1Vert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  <w:insideV w:val="single" w:color="4F81BD" w:themeColor="accent1" w:sz="8" w:space="0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  <w:insideV w:val="single" w:color="4F81BD" w:themeColor="accent1" w:sz="8" w:space="0"/>
        </w:tcBorders>
      </w:tcPr>
    </w:tblStylePr>
  </w:style>
  <w:style w:type="table" w:styleId="GradeClara-nfase2">
    <w:name w:val="Light Grid Accent 2"/>
    <w:basedOn w:val="Tabe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  <w:insideH w:val="single" w:color="C0504D" w:themeColor="accent2" w:sz="8" w:space="0"/>
        <w:insideV w:val="single" w:color="C0504D" w:themeColor="accent2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18" w:space="0"/>
          <w:right w:val="single" w:color="C0504D" w:themeColor="accent2" w:sz="8" w:space="0"/>
          <w:insideH w:val="nil"/>
          <w:insideV w:val="single" w:color="C0504D" w:themeColor="accent2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C0504D" w:themeColor="accent2" w:sz="6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  <w:insideH w:val="nil"/>
          <w:insideV w:val="single" w:color="C0504D" w:themeColor="accent2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  <w:tblPr/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  <w:tblStylePr w:type="band1Vert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  <w:insideV w:val="single" w:color="C0504D" w:themeColor="accent2" w:sz="8" w:space="0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  <w:insideV w:val="single" w:color="C0504D" w:themeColor="accent2" w:sz="8" w:space="0"/>
        </w:tcBorders>
      </w:tcPr>
    </w:tblStylePr>
  </w:style>
  <w:style w:type="table" w:styleId="GradeClara-nfase3">
    <w:name w:val="Light Grid Accent 3"/>
    <w:basedOn w:val="Tabe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  <w:insideH w:val="single" w:color="9BBB59" w:themeColor="accent3" w:sz="8" w:space="0"/>
        <w:insideV w:val="single" w:color="9BBB59" w:themeColor="accent3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18" w:space="0"/>
          <w:right w:val="single" w:color="9BBB59" w:themeColor="accent3" w:sz="8" w:space="0"/>
          <w:insideH w:val="nil"/>
          <w:insideV w:val="single" w:color="9BBB59" w:themeColor="accent3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9BBB59" w:themeColor="accent3" w:sz="6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  <w:insideH w:val="nil"/>
          <w:insideV w:val="single" w:color="9BBB59" w:themeColor="accent3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  <w:tblPr/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  <w:tblStylePr w:type="band1Vert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  <w:insideV w:val="single" w:color="9BBB59" w:themeColor="accent3" w:sz="8" w:space="0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  <w:insideV w:val="single" w:color="9BBB59" w:themeColor="accent3" w:sz="8" w:space="0"/>
        </w:tcBorders>
      </w:tcPr>
    </w:tblStylePr>
  </w:style>
  <w:style w:type="table" w:styleId="GradeClara-nfase4">
    <w:name w:val="Light Grid Accent 4"/>
    <w:basedOn w:val="Tabe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  <w:insideH w:val="single" w:color="8064A2" w:themeColor="accent4" w:sz="8" w:space="0"/>
        <w:insideV w:val="single" w:color="8064A2" w:themeColor="accent4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18" w:space="0"/>
          <w:right w:val="single" w:color="8064A2" w:themeColor="accent4" w:sz="8" w:space="0"/>
          <w:insideH w:val="nil"/>
          <w:insideV w:val="single" w:color="8064A2" w:themeColor="accent4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8064A2" w:themeColor="accent4" w:sz="6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  <w:insideH w:val="nil"/>
          <w:insideV w:val="single" w:color="8064A2" w:themeColor="accent4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  <w:tblPr/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  <w:tblStylePr w:type="band1Vert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  <w:insideV w:val="single" w:color="8064A2" w:themeColor="accent4" w:sz="8" w:space="0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  <w:insideV w:val="single" w:color="8064A2" w:themeColor="accent4" w:sz="8" w:space="0"/>
        </w:tcBorders>
      </w:tcPr>
    </w:tblStylePr>
  </w:style>
  <w:style w:type="table" w:styleId="GradeClara-nfase5">
    <w:name w:val="Light Grid Accent 5"/>
    <w:basedOn w:val="Tabe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  <w:insideH w:val="single" w:color="4BACC6" w:themeColor="accent5" w:sz="8" w:space="0"/>
        <w:insideV w:val="single" w:color="4BACC6" w:themeColor="accent5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18" w:space="0"/>
          <w:right w:val="single" w:color="4BACC6" w:themeColor="accent5" w:sz="8" w:space="0"/>
          <w:insideH w:val="nil"/>
          <w:insideV w:val="single" w:color="4BACC6" w:themeColor="accent5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4BACC6" w:themeColor="accent5" w:sz="6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  <w:insideH w:val="nil"/>
          <w:insideV w:val="single" w:color="4BACC6" w:themeColor="accent5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  <w:tblPr/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  <w:tblStylePr w:type="band1Vert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  <w:insideV w:val="single" w:color="4BACC6" w:themeColor="accent5" w:sz="8" w:space="0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  <w:insideV w:val="single" w:color="4BACC6" w:themeColor="accent5" w:sz="8" w:space="0"/>
        </w:tcBorders>
      </w:tcPr>
    </w:tblStylePr>
  </w:style>
  <w:style w:type="table" w:styleId="GradeClara-nfase6">
    <w:name w:val="Light Grid Accent 6"/>
    <w:basedOn w:val="Tabe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  <w:insideH w:val="single" w:color="F79646" w:themeColor="accent6" w:sz="8" w:space="0"/>
        <w:insideV w:val="single" w:color="F79646" w:themeColor="accent6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18" w:space="0"/>
          <w:right w:val="single" w:color="F79646" w:themeColor="accent6" w:sz="8" w:space="0"/>
          <w:insideH w:val="nil"/>
          <w:insideV w:val="single" w:color="F79646" w:themeColor="accent6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F79646" w:themeColor="accent6" w:sz="6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  <w:insideH w:val="nil"/>
          <w:insideV w:val="single" w:color="F79646" w:themeColor="accent6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  <w:tblPr/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  <w:tblStylePr w:type="band1Vert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  <w:insideV w:val="single" w:color="F79646" w:themeColor="accent6" w:sz="8" w:space="0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  <w:insideV w:val="single" w:color="F79646" w:themeColor="accent6" w:sz="8" w:space="0"/>
        </w:tcBorders>
      </w:tcPr>
    </w:tblStylePr>
  </w:style>
  <w:style w:type="table" w:styleId="SombreamentoMdio1">
    <w:name w:val="Medium Shading 1"/>
    <w:basedOn w:val="Tabe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color="404040" w:themeColor="text1" w:themeTint="bf" w:sz="8" w:space="0"/>
        <w:left w:val="single" w:color="404040" w:themeColor="text1" w:themeTint="bf" w:sz="8" w:space="0"/>
        <w:bottom w:val="single" w:color="404040" w:themeColor="text1" w:themeTint="bf" w:sz="8" w:space="0"/>
        <w:right w:val="single" w:color="404040" w:themeColor="text1" w:themeTint="bf" w:sz="8" w:space="0"/>
        <w:insideH w:val="single" w:color="404040" w:themeColor="text1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404040" w:themeColor="text1" w:sz="8" w:space="0"/>
          <w:left w:val="single" w:color="404040" w:themeColor="text1" w:sz="8" w:space="0"/>
          <w:bottom w:val="single" w:color="404040" w:themeColor="text1" w:sz="8" w:space="0"/>
          <w:right w:val="single" w:color="404040" w:themeColor="text1" w:sz="8" w:space="0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404040" w:themeColor="text1" w:sz="6" w:space="0"/>
          <w:left w:val="single" w:color="404040" w:themeColor="text1" w:sz="8" w:space="0"/>
          <w:bottom w:val="single" w:color="404040" w:themeColor="text1" w:sz="8" w:space="0"/>
          <w:right w:val="single" w:color="404040" w:themeColor="text1" w:sz="8" w:space="0"/>
          <w:insideH w:val="nil"/>
          <w:insideV w:val="nil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mentoMdio1-nfase1">
    <w:name w:val="Medium Shading 1 Accent 1"/>
    <w:basedOn w:val="Tabe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color="7BA0CD" w:themeColor="accent1" w:themeTint="bf" w:sz="8" w:space="0"/>
        <w:left w:val="single" w:color="7BA0CD" w:themeColor="accent1" w:themeTint="bf" w:sz="8" w:space="0"/>
        <w:bottom w:val="single" w:color="7BA0CD" w:themeColor="accent1" w:themeTint="bf" w:sz="8" w:space="0"/>
        <w:right w:val="single" w:color="7BA0CD" w:themeColor="accent1" w:themeTint="bf" w:sz="8" w:space="0"/>
        <w:insideH w:val="single" w:color="7BA0CD" w:themeColor="accent1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7BA0CD" w:themeColor="accent1" w:sz="8" w:space="0"/>
          <w:left w:val="single" w:color="7BA0CD" w:themeColor="accent1" w:sz="8" w:space="0"/>
          <w:bottom w:val="single" w:color="7BA0CD" w:themeColor="accent1" w:sz="8" w:space="0"/>
          <w:right w:val="single" w:color="7BA0CD" w:themeColor="accent1" w:sz="8" w:space="0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7BA0CD" w:themeColor="accent1" w:sz="6" w:space="0"/>
          <w:left w:val="single" w:color="7BA0CD" w:themeColor="accent1" w:sz="8" w:space="0"/>
          <w:bottom w:val="single" w:color="7BA0CD" w:themeColor="accent1" w:sz="8" w:space="0"/>
          <w:right w:val="single" w:color="7BA0CD" w:themeColor="accent1" w:sz="8" w:space="0"/>
          <w:insideH w:val="nil"/>
          <w:insideV w:val="nil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mentoMdio1-nfase2">
    <w:name w:val="Medium Shading 1 Accent 2"/>
    <w:basedOn w:val="Tabe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color="CF7B79" w:themeColor="accent2" w:themeTint="bf" w:sz="8" w:space="0"/>
        <w:left w:val="single" w:color="CF7B79" w:themeColor="accent2" w:themeTint="bf" w:sz="8" w:space="0"/>
        <w:bottom w:val="single" w:color="CF7B79" w:themeColor="accent2" w:themeTint="bf" w:sz="8" w:space="0"/>
        <w:right w:val="single" w:color="CF7B79" w:themeColor="accent2" w:themeTint="bf" w:sz="8" w:space="0"/>
        <w:insideH w:val="single" w:color="CF7B79" w:themeColor="accent2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CF7B79" w:themeColor="accent2" w:sz="8" w:space="0"/>
          <w:left w:val="single" w:color="CF7B79" w:themeColor="accent2" w:sz="8" w:space="0"/>
          <w:bottom w:val="single" w:color="CF7B79" w:themeColor="accent2" w:sz="8" w:space="0"/>
          <w:right w:val="single" w:color="CF7B79" w:themeColor="accent2" w:sz="8" w:space="0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CF7B79" w:themeColor="accent2" w:sz="6" w:space="0"/>
          <w:left w:val="single" w:color="CF7B79" w:themeColor="accent2" w:sz="8" w:space="0"/>
          <w:bottom w:val="single" w:color="CF7B79" w:themeColor="accent2" w:sz="8" w:space="0"/>
          <w:right w:val="single" w:color="CF7B79" w:themeColor="accent2" w:sz="8" w:space="0"/>
          <w:insideH w:val="nil"/>
          <w:insideV w:val="nil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mentoMdio1-nfase3">
    <w:name w:val="Medium Shading 1 Accent 3"/>
    <w:basedOn w:val="Tabe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color="B3CC82" w:themeColor="accent3" w:themeTint="bf" w:sz="8" w:space="0"/>
        <w:left w:val="single" w:color="B3CC82" w:themeColor="accent3" w:themeTint="bf" w:sz="8" w:space="0"/>
        <w:bottom w:val="single" w:color="B3CC82" w:themeColor="accent3" w:themeTint="bf" w:sz="8" w:space="0"/>
        <w:right w:val="single" w:color="B3CC82" w:themeColor="accent3" w:themeTint="bf" w:sz="8" w:space="0"/>
        <w:insideH w:val="single" w:color="B3CC82" w:themeColor="accent3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B3CC82" w:themeColor="accent3" w:sz="8" w:space="0"/>
          <w:left w:val="single" w:color="B3CC82" w:themeColor="accent3" w:sz="8" w:space="0"/>
          <w:bottom w:val="single" w:color="B3CC82" w:themeColor="accent3" w:sz="8" w:space="0"/>
          <w:right w:val="single" w:color="B3CC82" w:themeColor="accent3" w:sz="8" w:space="0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B3CC82" w:themeColor="accent3" w:sz="6" w:space="0"/>
          <w:left w:val="single" w:color="B3CC82" w:themeColor="accent3" w:sz="8" w:space="0"/>
          <w:bottom w:val="single" w:color="B3CC82" w:themeColor="accent3" w:sz="8" w:space="0"/>
          <w:right w:val="single" w:color="B3CC82" w:themeColor="accent3" w:sz="8" w:space="0"/>
          <w:insideH w:val="nil"/>
          <w:insideV w:val="nil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mentoMdio1-nfase4">
    <w:name w:val="Medium Shading 1 Accent 4"/>
    <w:basedOn w:val="Tabe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color="9F8AB9" w:themeColor="accent4" w:themeTint="bf" w:sz="8" w:space="0"/>
        <w:left w:val="single" w:color="9F8AB9" w:themeColor="accent4" w:themeTint="bf" w:sz="8" w:space="0"/>
        <w:bottom w:val="single" w:color="9F8AB9" w:themeColor="accent4" w:themeTint="bf" w:sz="8" w:space="0"/>
        <w:right w:val="single" w:color="9F8AB9" w:themeColor="accent4" w:themeTint="bf" w:sz="8" w:space="0"/>
        <w:insideH w:val="single" w:color="9F8AB9" w:themeColor="accent4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9F8AB9" w:themeColor="accent4" w:sz="8" w:space="0"/>
          <w:left w:val="single" w:color="9F8AB9" w:themeColor="accent4" w:sz="8" w:space="0"/>
          <w:bottom w:val="single" w:color="9F8AB9" w:themeColor="accent4" w:sz="8" w:space="0"/>
          <w:right w:val="single" w:color="9F8AB9" w:themeColor="accent4" w:sz="8" w:space="0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9F8AB9" w:themeColor="accent4" w:sz="6" w:space="0"/>
          <w:left w:val="single" w:color="9F8AB9" w:themeColor="accent4" w:sz="8" w:space="0"/>
          <w:bottom w:val="single" w:color="9F8AB9" w:themeColor="accent4" w:sz="8" w:space="0"/>
          <w:right w:val="single" w:color="9F8AB9" w:themeColor="accent4" w:sz="8" w:space="0"/>
          <w:insideH w:val="nil"/>
          <w:insideV w:val="nil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mentoMdio1-nfase5">
    <w:name w:val="Medium Shading 1 Accent 5"/>
    <w:basedOn w:val="Tabe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color="78C0D4" w:themeColor="accent5" w:themeTint="bf" w:sz="8" w:space="0"/>
        <w:left w:val="single" w:color="78C0D4" w:themeColor="accent5" w:themeTint="bf" w:sz="8" w:space="0"/>
        <w:bottom w:val="single" w:color="78C0D4" w:themeColor="accent5" w:themeTint="bf" w:sz="8" w:space="0"/>
        <w:right w:val="single" w:color="78C0D4" w:themeColor="accent5" w:themeTint="bf" w:sz="8" w:space="0"/>
        <w:insideH w:val="single" w:color="78C0D4" w:themeColor="accent5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78C0D4" w:themeColor="accent5" w:sz="8" w:space="0"/>
          <w:left w:val="single" w:color="78C0D4" w:themeColor="accent5" w:sz="8" w:space="0"/>
          <w:bottom w:val="single" w:color="78C0D4" w:themeColor="accent5" w:sz="8" w:space="0"/>
          <w:right w:val="single" w:color="78C0D4" w:themeColor="accent5" w:sz="8" w:space="0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78C0D4" w:themeColor="accent5" w:sz="6" w:space="0"/>
          <w:left w:val="single" w:color="78C0D4" w:themeColor="accent5" w:sz="8" w:space="0"/>
          <w:bottom w:val="single" w:color="78C0D4" w:themeColor="accent5" w:sz="8" w:space="0"/>
          <w:right w:val="single" w:color="78C0D4" w:themeColor="accent5" w:sz="8" w:space="0"/>
          <w:insideH w:val="nil"/>
          <w:insideV w:val="nil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mentoMdio1-nfase6">
    <w:name w:val="Medium Shading 1 Accent 6"/>
    <w:basedOn w:val="Tabe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color="F9B074" w:themeColor="accent6" w:themeTint="bf" w:sz="8" w:space="0"/>
        <w:left w:val="single" w:color="F9B074" w:themeColor="accent6" w:themeTint="bf" w:sz="8" w:space="0"/>
        <w:bottom w:val="single" w:color="F9B074" w:themeColor="accent6" w:themeTint="bf" w:sz="8" w:space="0"/>
        <w:right w:val="single" w:color="F9B074" w:themeColor="accent6" w:themeTint="bf" w:sz="8" w:space="0"/>
        <w:insideH w:val="single" w:color="F9B074" w:themeColor="accent6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F9B074" w:themeColor="accent6" w:sz="8" w:space="0"/>
          <w:left w:val="single" w:color="F9B074" w:themeColor="accent6" w:sz="8" w:space="0"/>
          <w:bottom w:val="single" w:color="F9B074" w:themeColor="accent6" w:sz="8" w:space="0"/>
          <w:right w:val="single" w:color="F9B074" w:themeColor="accent6" w:sz="8" w:space="0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F9B074" w:themeColor="accent6" w:sz="6" w:space="0"/>
          <w:left w:val="single" w:color="F9B074" w:themeColor="accent6" w:sz="8" w:space="0"/>
          <w:bottom w:val="single" w:color="F9B074" w:themeColor="accent6" w:sz="8" w:space="0"/>
          <w:right w:val="single" w:color="F9B074" w:themeColor="accent6" w:sz="8" w:space="0"/>
          <w:insideH w:val="nil"/>
          <w:insideV w:val="nil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mentoMdio2">
    <w:name w:val="Medium Shading 2"/>
    <w:basedOn w:val="Tabe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SombreamentoMdio2-nfase1">
    <w:name w:val="Medium Shading 2 Accent 1"/>
    <w:basedOn w:val="Tabe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SombreamentoMdio2-nfase2">
    <w:name w:val="Medium Shading 2 Accent 2"/>
    <w:basedOn w:val="Tabe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SombreamentoMdio2-nfase3">
    <w:name w:val="Medium Shading 2 Accent 3"/>
    <w:basedOn w:val="Tabe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SombreamentoMdio2-nfase4">
    <w:name w:val="Medium Shading 2 Accent 4"/>
    <w:basedOn w:val="Tabe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SombreamentoMdio2-nfase5">
    <w:name w:val="Medium Shading 2 Accent 5"/>
    <w:basedOn w:val="Tabe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SombreamentoMdio2-nfase6">
    <w:name w:val="Medium Shading 2 Accent 6"/>
    <w:basedOn w:val="Tabe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ListaMdia1">
    <w:name w:val="Medium List 1"/>
    <w:basedOn w:val="Tabe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color="000000" w:themeColor="text1" w:sz="8" w:space="0"/>
        <w:bottom w:val="single" w:color="000000" w:themeColor="text1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000000" w:themeColor="text1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000000" w:themeColor="text1" w:sz="8" w:space="0"/>
          <w:bottom w:val="single" w:color="000000" w:themeColor="text1" w:sz="8" w:space="0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  <w:tcPr>
        <w:tcBorders>
          <w:top w:val="single" w:color="000000" w:themeColor="text1" w:sz="8" w:space="0"/>
          <w:bottom w:val="single" w:color="000000" w:themeColor="text1" w:sz="8" w:space="0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ListaMdia1-nfase1">
    <w:name w:val="Medium List 1 Accent 1"/>
    <w:basedOn w:val="Tabe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color="4F81BD" w:themeColor="accent1" w:sz="8" w:space="0"/>
        <w:bottom w:val="single" w:color="4F81BD" w:themeColor="accent1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4F81BD" w:themeColor="accent1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4F81BD" w:themeColor="accent1" w:sz="8" w:space="0"/>
          <w:bottom w:val="single" w:color="4F81BD" w:themeColor="accent1" w:sz="8" w:space="0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  <w:tcPr>
        <w:tcBorders>
          <w:top w:val="single" w:color="4F81BD" w:themeColor="accent1" w:sz="8" w:space="0"/>
          <w:bottom w:val="single" w:color="4F81BD" w:themeColor="accent1" w:sz="8" w:space="0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ListaMdia1-nfase2">
    <w:name w:val="Medium List 1 Accent 2"/>
    <w:basedOn w:val="Tabe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color="C0504D" w:themeColor="accent2" w:sz="8" w:space="0"/>
        <w:bottom w:val="single" w:color="C0504D" w:themeColor="accent2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C0504D" w:themeColor="accent2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C0504D" w:themeColor="accent2" w:sz="8" w:space="0"/>
          <w:bottom w:val="single" w:color="C0504D" w:themeColor="accent2" w:sz="8" w:space="0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  <w:tcPr>
        <w:tcBorders>
          <w:top w:val="single" w:color="C0504D" w:themeColor="accent2" w:sz="8" w:space="0"/>
          <w:bottom w:val="single" w:color="C0504D" w:themeColor="accent2" w:sz="8" w:space="0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ListaMdia1-nfase3">
    <w:name w:val="Medium List 1 Accent 3"/>
    <w:basedOn w:val="Tabe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color="9BBB59" w:themeColor="accent3" w:sz="8" w:space="0"/>
        <w:bottom w:val="single" w:color="9BBB59" w:themeColor="accent3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9BBB59" w:themeColor="accent3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9BBB59" w:themeColor="accent3" w:sz="8" w:space="0"/>
          <w:bottom w:val="single" w:color="9BBB59" w:themeColor="accent3" w:sz="8" w:space="0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  <w:tcPr>
        <w:tcBorders>
          <w:top w:val="single" w:color="9BBB59" w:themeColor="accent3" w:sz="8" w:space="0"/>
          <w:bottom w:val="single" w:color="9BBB59" w:themeColor="accent3" w:sz="8" w:space="0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ListaMdia1-nfase4">
    <w:name w:val="Medium List 1 Accent 4"/>
    <w:basedOn w:val="Tabe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color="8064A2" w:themeColor="accent4" w:sz="8" w:space="0"/>
        <w:bottom w:val="single" w:color="8064A2" w:themeColor="accent4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8064A2" w:themeColor="accent4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8064A2" w:themeColor="accent4" w:sz="8" w:space="0"/>
          <w:bottom w:val="single" w:color="8064A2" w:themeColor="accent4" w:sz="8" w:space="0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  <w:tcPr>
        <w:tcBorders>
          <w:top w:val="single" w:color="8064A2" w:themeColor="accent4" w:sz="8" w:space="0"/>
          <w:bottom w:val="single" w:color="8064A2" w:themeColor="accent4" w:sz="8" w:space="0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ListaMdia1-nfase5">
    <w:name w:val="Medium List 1 Accent 5"/>
    <w:basedOn w:val="Tabe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color="4BACC6" w:themeColor="accent5" w:sz="8" w:space="0"/>
        <w:bottom w:val="single" w:color="4BACC6" w:themeColor="accent5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4BACC6" w:themeColor="accent5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4BACC6" w:themeColor="accent5" w:sz="8" w:space="0"/>
          <w:bottom w:val="single" w:color="4BACC6" w:themeColor="accent5" w:sz="8" w:space="0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  <w:tcPr>
        <w:tcBorders>
          <w:top w:val="single" w:color="4BACC6" w:themeColor="accent5" w:sz="8" w:space="0"/>
          <w:bottom w:val="single" w:color="4BACC6" w:themeColor="accent5" w:sz="8" w:space="0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ListaMdia1-nfase6">
    <w:name w:val="Medium List 1 Accent 6"/>
    <w:basedOn w:val="Tabe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color="F79646" w:themeColor="accent6" w:sz="8" w:space="0"/>
        <w:bottom w:val="single" w:color="F79646" w:themeColor="accent6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F79646" w:themeColor="accent6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F79646" w:themeColor="accent6" w:sz="8" w:space="0"/>
          <w:bottom w:val="single" w:color="F79646" w:themeColor="accent6" w:sz="8" w:space="0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  <w:tcPr>
        <w:tcBorders>
          <w:top w:val="single" w:color="F79646" w:themeColor="accent6" w:sz="8" w:space="0"/>
          <w:bottom w:val="single" w:color="F79646" w:themeColor="accent6" w:sz="8" w:space="0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ListaMdia2">
    <w:name w:val="Medium List 2"/>
    <w:basedOn w:val="Tabelanormal"/>
    <w:uiPriority w:val="66"/>
    <w:rsid w:val="00cb0664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000000" w:themeColor="text1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000000" w:themeColor="text1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000000" w:themeColor="text1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000000" w:themeColor="text1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dia2-nfase1">
    <w:name w:val="Medium List 2 Accent 1"/>
    <w:basedOn w:val="Tabelanormal"/>
    <w:uiPriority w:val="66"/>
    <w:rsid w:val="00cb0664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4F81BD" w:themeColor="accent1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4F81BD" w:themeColor="accent1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4F81BD" w:themeColor="accent1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4F81BD" w:themeColor="accent1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dia2-nfase2">
    <w:name w:val="Medium List 2 Accent 2"/>
    <w:basedOn w:val="Tabelanormal"/>
    <w:uiPriority w:val="66"/>
    <w:rsid w:val="00cb0664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C0504D" w:themeColor="accent2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C0504D" w:themeColor="accent2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C0504D" w:themeColor="accent2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dia2-nfase3">
    <w:name w:val="Medium List 2 Accent 3"/>
    <w:basedOn w:val="Tabelanormal"/>
    <w:uiPriority w:val="66"/>
    <w:rsid w:val="00cb0664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9BBB59" w:themeColor="accent3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9BBB59" w:themeColor="accent3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9BBB59" w:themeColor="accent3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9BBB59" w:themeColor="accent3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dia2-nfase4">
    <w:name w:val="Medium List 2 Accent 4"/>
    <w:basedOn w:val="Tabelanormal"/>
    <w:uiPriority w:val="66"/>
    <w:rsid w:val="00cb0664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8064A2" w:themeColor="accent4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8064A2" w:themeColor="accent4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8064A2" w:themeColor="accent4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8064A2" w:themeColor="accent4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dia2-nfase5">
    <w:name w:val="Medium List 2 Accent 5"/>
    <w:basedOn w:val="Tabelanormal"/>
    <w:uiPriority w:val="66"/>
    <w:rsid w:val="00cb0664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4BACC6" w:themeColor="accent5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4BACC6" w:themeColor="accent5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4BACC6" w:themeColor="accent5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4BACC6" w:themeColor="accent5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dia2-nfase6">
    <w:name w:val="Medium List 2 Accent 6"/>
    <w:basedOn w:val="Tabelanormal"/>
    <w:uiPriority w:val="66"/>
    <w:rsid w:val="00cb0664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F79646" w:themeColor="accent6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F79646" w:themeColor="accent6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F79646" w:themeColor="accent6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F79646" w:themeColor="accent6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GradeMdia1">
    <w:name w:val="Medium Grid 1"/>
    <w:basedOn w:val="Tabe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color="404040" w:themeColor="text1" w:themeTint="bf" w:sz="8" w:space="0"/>
        <w:left w:val="single" w:color="404040" w:themeColor="text1" w:themeTint="bf" w:sz="8" w:space="0"/>
        <w:bottom w:val="single" w:color="404040" w:themeColor="text1" w:themeTint="bf" w:sz="8" w:space="0"/>
        <w:right w:val="single" w:color="404040" w:themeColor="text1" w:themeTint="bf" w:sz="8" w:space="0"/>
        <w:insideH w:val="single" w:color="404040" w:themeColor="text1" w:themeTint="bf" w:sz="8" w:space="0"/>
        <w:insideV w:val="single" w:color="404040" w:themeColor="text1" w:themeTint="bf" w:sz="8" w:space="0"/>
      </w:tblBorders>
    </w:tblPr>
    <w:tcPr>
      <w:shd w:val="clear" w:color="auto" w:fill="C0C0C0" w:themeFill="text1" w:themeFillTint="3f"/>
    </w:tcPr>
    <w:tblStylePr w:type="firstRow">
      <w:rPr>
        <w:b/>
        <w:bCs/>
      </w:rPr>
      <w:tblPr/>
    </w:tblStylePr>
    <w:tblStylePr w:type="lastRow">
      <w:rPr>
        <w:b/>
        <w:bCs/>
      </w:rPr>
      <w:tblPr/>
      <w:tcPr>
        <w:tcBorders>
          <w:top w:val="single" w:color="404040" w:themeColor="text1" w:sz="18" w:space="0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GradeMdia1-nfase1">
    <w:name w:val="Medium Grid 1 Accent 1"/>
    <w:basedOn w:val="Tabe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color="7BA0CD" w:themeColor="accent1" w:themeTint="bf" w:sz="8" w:space="0"/>
        <w:left w:val="single" w:color="7BA0CD" w:themeColor="accent1" w:themeTint="bf" w:sz="8" w:space="0"/>
        <w:bottom w:val="single" w:color="7BA0CD" w:themeColor="accent1" w:themeTint="bf" w:sz="8" w:space="0"/>
        <w:right w:val="single" w:color="7BA0CD" w:themeColor="accent1" w:themeTint="bf" w:sz="8" w:space="0"/>
        <w:insideH w:val="single" w:color="7BA0CD" w:themeColor="accent1" w:themeTint="bf" w:sz="8" w:space="0"/>
        <w:insideV w:val="single" w:color="7BA0CD" w:themeColor="accent1" w:themeTint="bf" w:sz="8" w:space="0"/>
      </w:tblBorders>
    </w:tblPr>
    <w:tcPr>
      <w:shd w:val="clear" w:color="auto" w:fill="D3DFEE" w:themeFill="accent1" w:themeFillTint="3f"/>
    </w:tcPr>
    <w:tblStylePr w:type="firstRow">
      <w:rPr>
        <w:b/>
        <w:bCs/>
      </w:rPr>
      <w:tblPr/>
    </w:tblStylePr>
    <w:tblStylePr w:type="lastRow">
      <w:rPr>
        <w:b/>
        <w:bCs/>
      </w:rPr>
      <w:tblPr/>
      <w:tcPr>
        <w:tcBorders>
          <w:top w:val="single" w:color="7BA0CD" w:themeColor="accent1" w:sz="18" w:space="0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GradeMdia1-nfase2">
    <w:name w:val="Medium Grid 1 Accent 2"/>
    <w:basedOn w:val="Tabe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color="CF7B79" w:themeColor="accent2" w:themeTint="bf" w:sz="8" w:space="0"/>
        <w:left w:val="single" w:color="CF7B79" w:themeColor="accent2" w:themeTint="bf" w:sz="8" w:space="0"/>
        <w:bottom w:val="single" w:color="CF7B79" w:themeColor="accent2" w:themeTint="bf" w:sz="8" w:space="0"/>
        <w:right w:val="single" w:color="CF7B79" w:themeColor="accent2" w:themeTint="bf" w:sz="8" w:space="0"/>
        <w:insideH w:val="single" w:color="CF7B79" w:themeColor="accent2" w:themeTint="bf" w:sz="8" w:space="0"/>
        <w:insideV w:val="single" w:color="CF7B79" w:themeColor="accent2" w:themeTint="bf" w:sz="8" w:space="0"/>
      </w:tblBorders>
    </w:tblPr>
    <w:tcPr>
      <w:shd w:val="clear" w:color="auto" w:fill="EFD3D2" w:themeFill="accent2" w:themeFillTint="3f"/>
    </w:tcPr>
    <w:tblStylePr w:type="firstRow">
      <w:rPr>
        <w:b/>
        <w:bCs/>
      </w:rPr>
      <w:tblPr/>
    </w:tblStylePr>
    <w:tblStylePr w:type="lastRow">
      <w:rPr>
        <w:b/>
        <w:bCs/>
      </w:rPr>
      <w:tblPr/>
      <w:tcPr>
        <w:tcBorders>
          <w:top w:val="single" w:color="CF7B79" w:themeColor="accent2" w:sz="18" w:space="0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GradeMdia1-nfase3">
    <w:name w:val="Medium Grid 1 Accent 3"/>
    <w:basedOn w:val="Tabe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color="B3CC82" w:themeColor="accent3" w:themeTint="bf" w:sz="8" w:space="0"/>
        <w:left w:val="single" w:color="B3CC82" w:themeColor="accent3" w:themeTint="bf" w:sz="8" w:space="0"/>
        <w:bottom w:val="single" w:color="B3CC82" w:themeColor="accent3" w:themeTint="bf" w:sz="8" w:space="0"/>
        <w:right w:val="single" w:color="B3CC82" w:themeColor="accent3" w:themeTint="bf" w:sz="8" w:space="0"/>
        <w:insideH w:val="single" w:color="B3CC82" w:themeColor="accent3" w:themeTint="bf" w:sz="8" w:space="0"/>
        <w:insideV w:val="single" w:color="B3CC82" w:themeColor="accent3" w:themeTint="bf" w:sz="8" w:space="0"/>
      </w:tblBorders>
    </w:tblPr>
    <w:tcPr>
      <w:shd w:val="clear" w:color="auto" w:fill="E6EED5" w:themeFill="accent3" w:themeFillTint="3f"/>
    </w:tcPr>
    <w:tblStylePr w:type="firstRow">
      <w:rPr>
        <w:b/>
        <w:bCs/>
      </w:rPr>
      <w:tblPr/>
    </w:tblStylePr>
    <w:tblStylePr w:type="lastRow">
      <w:rPr>
        <w:b/>
        <w:bCs/>
      </w:rPr>
      <w:tblPr/>
      <w:tcPr>
        <w:tcBorders>
          <w:top w:val="single" w:color="B3CC82" w:themeColor="accent3" w:sz="18" w:space="0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GradeMdia1-nfase4">
    <w:name w:val="Medium Grid 1 Accent 4"/>
    <w:basedOn w:val="Tabe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color="9F8AB9" w:themeColor="accent4" w:themeTint="bf" w:sz="8" w:space="0"/>
        <w:left w:val="single" w:color="9F8AB9" w:themeColor="accent4" w:themeTint="bf" w:sz="8" w:space="0"/>
        <w:bottom w:val="single" w:color="9F8AB9" w:themeColor="accent4" w:themeTint="bf" w:sz="8" w:space="0"/>
        <w:right w:val="single" w:color="9F8AB9" w:themeColor="accent4" w:themeTint="bf" w:sz="8" w:space="0"/>
        <w:insideH w:val="single" w:color="9F8AB9" w:themeColor="accent4" w:themeTint="bf" w:sz="8" w:space="0"/>
        <w:insideV w:val="single" w:color="9F8AB9" w:themeColor="accent4" w:themeTint="bf" w:sz="8" w:space="0"/>
      </w:tblBorders>
    </w:tblPr>
    <w:tcPr>
      <w:shd w:val="clear" w:color="auto" w:fill="DFD8E8" w:themeFill="accent4" w:themeFillTint="3f"/>
    </w:tcPr>
    <w:tblStylePr w:type="firstRow">
      <w:rPr>
        <w:b/>
        <w:bCs/>
      </w:rPr>
      <w:tblPr/>
    </w:tblStylePr>
    <w:tblStylePr w:type="lastRow">
      <w:rPr>
        <w:b/>
        <w:bCs/>
      </w:rPr>
      <w:tblPr/>
      <w:tcPr>
        <w:tcBorders>
          <w:top w:val="single" w:color="9F8AB9" w:themeColor="accent4" w:sz="18" w:space="0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GradeMdia1-nfase5">
    <w:name w:val="Medium Grid 1 Accent 5"/>
    <w:basedOn w:val="Tabe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color="78C0D4" w:themeColor="accent5" w:themeTint="bf" w:sz="8" w:space="0"/>
        <w:left w:val="single" w:color="78C0D4" w:themeColor="accent5" w:themeTint="bf" w:sz="8" w:space="0"/>
        <w:bottom w:val="single" w:color="78C0D4" w:themeColor="accent5" w:themeTint="bf" w:sz="8" w:space="0"/>
        <w:right w:val="single" w:color="78C0D4" w:themeColor="accent5" w:themeTint="bf" w:sz="8" w:space="0"/>
        <w:insideH w:val="single" w:color="78C0D4" w:themeColor="accent5" w:themeTint="bf" w:sz="8" w:space="0"/>
        <w:insideV w:val="single" w:color="78C0D4" w:themeColor="accent5" w:themeTint="bf" w:sz="8" w:space="0"/>
      </w:tblBorders>
    </w:tblPr>
    <w:tcPr>
      <w:shd w:val="clear" w:color="auto" w:fill="D2EAF1" w:themeFill="accent5" w:themeFillTint="3f"/>
    </w:tcPr>
    <w:tblStylePr w:type="firstRow">
      <w:rPr>
        <w:b/>
        <w:bCs/>
      </w:rPr>
      <w:tblPr/>
    </w:tblStylePr>
    <w:tblStylePr w:type="lastRow">
      <w:rPr>
        <w:b/>
        <w:bCs/>
      </w:rPr>
      <w:tblPr/>
      <w:tcPr>
        <w:tcBorders>
          <w:top w:val="single" w:color="78C0D4" w:themeColor="accent5" w:sz="18" w:space="0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GradeMdia1-nfase6">
    <w:name w:val="Medium Grid 1 Accent 6"/>
    <w:basedOn w:val="Tabe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color="F9B074" w:themeColor="accent6" w:themeTint="bf" w:sz="8" w:space="0"/>
        <w:left w:val="single" w:color="F9B074" w:themeColor="accent6" w:themeTint="bf" w:sz="8" w:space="0"/>
        <w:bottom w:val="single" w:color="F9B074" w:themeColor="accent6" w:themeTint="bf" w:sz="8" w:space="0"/>
        <w:right w:val="single" w:color="F9B074" w:themeColor="accent6" w:themeTint="bf" w:sz="8" w:space="0"/>
        <w:insideH w:val="single" w:color="F9B074" w:themeColor="accent6" w:themeTint="bf" w:sz="8" w:space="0"/>
        <w:insideV w:val="single" w:color="F9B074" w:themeColor="accent6" w:themeTint="bf" w:sz="8" w:space="0"/>
      </w:tblBorders>
    </w:tblPr>
    <w:tcPr>
      <w:shd w:val="clear" w:color="auto" w:fill="FDE4D0" w:themeFill="accent6" w:themeFillTint="3f"/>
    </w:tcPr>
    <w:tblStylePr w:type="firstRow">
      <w:rPr>
        <w:b/>
        <w:bCs/>
      </w:rPr>
      <w:tblPr/>
    </w:tblStylePr>
    <w:tblStylePr w:type="lastRow">
      <w:rPr>
        <w:b/>
        <w:bCs/>
      </w:rPr>
      <w:tblPr/>
      <w:tcPr>
        <w:tcBorders>
          <w:top w:val="single" w:color="F9B074" w:themeColor="accent6" w:sz="18" w:space="0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GradeMdia2">
    <w:name w:val="Medium Grid 2"/>
    <w:basedOn w:val="Tabelanormal"/>
    <w:uiPriority w:val="68"/>
    <w:rsid w:val="00cb0664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  <w:insideH w:val="single" w:color="000000" w:themeColor="text1" w:sz="8" w:space="0"/>
        <w:insideV w:val="single" w:color="000000" w:themeColor="text1" w:sz="8" w:space="0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color="000000" w:themeColor="text1" w:sz="6" w:space="0"/>
          <w:insideV w:val="single" w:color="000000" w:themeColor="text1" w:sz="6" w:space="0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adeMdia2-nfase1">
    <w:name w:val="Medium Grid 2 Accent 1"/>
    <w:basedOn w:val="Tabelanormal"/>
    <w:uiPriority w:val="68"/>
    <w:rsid w:val="00cb0664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  <w:insideH w:val="single" w:color="4F81BD" w:themeColor="accent1" w:sz="8" w:space="0"/>
        <w:insideV w:val="single" w:color="4F81BD" w:themeColor="accent1" w:sz="8" w:space="0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color="4F81BD" w:themeColor="accent1" w:sz="6" w:space="0"/>
          <w:insideV w:val="single" w:color="4F81BD" w:themeColor="accent1" w:sz="6" w:space="0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adeMdia2-nfase2">
    <w:name w:val="Medium Grid 2 Accent 2"/>
    <w:basedOn w:val="Tabelanormal"/>
    <w:uiPriority w:val="68"/>
    <w:rsid w:val="00cb0664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  <w:insideH w:val="single" w:color="C0504D" w:themeColor="accent2" w:sz="8" w:space="0"/>
        <w:insideV w:val="single" w:color="C0504D" w:themeColor="accent2" w:sz="8" w:space="0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color="C0504D" w:themeColor="accent2" w:sz="6" w:space="0"/>
          <w:insideV w:val="single" w:color="C0504D" w:themeColor="accent2" w:sz="6" w:space="0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adeMdia2-nfase3">
    <w:name w:val="Medium Grid 2 Accent 3"/>
    <w:basedOn w:val="Tabelanormal"/>
    <w:uiPriority w:val="68"/>
    <w:rsid w:val="00cb0664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  <w:insideH w:val="single" w:color="9BBB59" w:themeColor="accent3" w:sz="8" w:space="0"/>
        <w:insideV w:val="single" w:color="9BBB59" w:themeColor="accent3" w:sz="8" w:space="0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color="9BBB59" w:themeColor="accent3" w:sz="6" w:space="0"/>
          <w:insideV w:val="single" w:color="9BBB59" w:themeColor="accent3" w:sz="6" w:space="0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adeMdia2-nfase4">
    <w:name w:val="Medium Grid 2 Accent 4"/>
    <w:basedOn w:val="Tabelanormal"/>
    <w:uiPriority w:val="68"/>
    <w:rsid w:val="00cb0664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  <w:insideH w:val="single" w:color="8064A2" w:themeColor="accent4" w:sz="8" w:space="0"/>
        <w:insideV w:val="single" w:color="8064A2" w:themeColor="accent4" w:sz="8" w:space="0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color="8064A2" w:themeColor="accent4" w:sz="6" w:space="0"/>
          <w:insideV w:val="single" w:color="8064A2" w:themeColor="accent4" w:sz="6" w:space="0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adeMdia2-nfase5">
    <w:name w:val="Medium Grid 2 Accent 5"/>
    <w:basedOn w:val="Tabelanormal"/>
    <w:uiPriority w:val="68"/>
    <w:rsid w:val="00cb0664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  <w:insideH w:val="single" w:color="4BACC6" w:themeColor="accent5" w:sz="8" w:space="0"/>
        <w:insideV w:val="single" w:color="4BACC6" w:themeColor="accent5" w:sz="8" w:space="0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color="4BACC6" w:themeColor="accent5" w:sz="6" w:space="0"/>
          <w:insideV w:val="single" w:color="4BACC6" w:themeColor="accent5" w:sz="6" w:space="0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adeMdia2-nfase6">
    <w:name w:val="Medium Grid 2 Accent 6"/>
    <w:basedOn w:val="Tabelanormal"/>
    <w:uiPriority w:val="68"/>
    <w:rsid w:val="00cb0664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  <w:insideH w:val="single" w:color="F79646" w:themeColor="accent6" w:sz="8" w:space="0"/>
        <w:insideV w:val="single" w:color="F79646" w:themeColor="accent6" w:sz="8" w:space="0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color="F79646" w:themeColor="accent6" w:sz="6" w:space="0"/>
          <w:insideV w:val="single" w:color="F79646" w:themeColor="accent6" w:sz="6" w:space="0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adeMdia3">
    <w:name w:val="Medium Grid 3"/>
    <w:basedOn w:val="Tabe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000000" w:themeFill="text1"/>
      </w:tcPr>
    </w:tblStylePr>
    <w:tblStylePr w:type="lastRow">
      <w:rPr>
        <w:b/>
        <w:bCs/>
        <w:i w:val="0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000000" w:themeFill="text1"/>
      </w:tcPr>
    </w:tblStylePr>
    <w:tblStylePr w:type="firstCol">
      <w:rPr>
        <w:b/>
        <w:bCs/>
        <w:i w:val="0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808080" w:themeFill="text1" w:themeFillTint="7f"/>
      </w:tcPr>
    </w:tblStylePr>
  </w:style>
  <w:style w:type="table" w:styleId="GradeMdia3-nfase1">
    <w:name w:val="Medium Grid 3 Accent 1"/>
    <w:basedOn w:val="Tabe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4F81BD" w:themeFill="accent1"/>
      </w:tcPr>
    </w:tblStylePr>
    <w:tblStylePr w:type="lastRow">
      <w:rPr>
        <w:b/>
        <w:bCs/>
        <w:i w:val="0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4F81BD" w:themeFill="accent1"/>
      </w:tcPr>
    </w:tblStylePr>
    <w:tblStylePr w:type="firstCol">
      <w:rPr>
        <w:b/>
        <w:bCs/>
        <w:i w:val="0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A7BFDE" w:themeFill="accent1" w:themeFillTint="7f"/>
      </w:tcPr>
    </w:tblStylePr>
  </w:style>
  <w:style w:type="table" w:styleId="GradeMdia3-nfase2">
    <w:name w:val="Medium Grid 3 Accent 2"/>
    <w:basedOn w:val="Tabe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C0504D" w:themeFill="accent2"/>
      </w:tcPr>
    </w:tblStylePr>
    <w:tblStylePr w:type="lastRow">
      <w:rPr>
        <w:b/>
        <w:bCs/>
        <w:i w:val="0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C0504D" w:themeFill="accent2"/>
      </w:tcPr>
    </w:tblStylePr>
    <w:tblStylePr w:type="firstCol">
      <w:rPr>
        <w:b/>
        <w:bCs/>
        <w:i w:val="0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DFA7A6" w:themeFill="accent2" w:themeFillTint="7f"/>
      </w:tcPr>
    </w:tblStylePr>
  </w:style>
  <w:style w:type="table" w:styleId="GradeMdia3-nfase3">
    <w:name w:val="Medium Grid 3 Accent 3"/>
    <w:basedOn w:val="Tabe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9BBB59" w:themeFill="accent3"/>
      </w:tcPr>
    </w:tblStylePr>
    <w:tblStylePr w:type="lastRow">
      <w:rPr>
        <w:b/>
        <w:bCs/>
        <w:i w:val="0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9BBB59" w:themeFill="accent3"/>
      </w:tcPr>
    </w:tblStylePr>
    <w:tblStylePr w:type="firstCol">
      <w:rPr>
        <w:b/>
        <w:bCs/>
        <w:i w:val="0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CDDDAC" w:themeFill="accent3" w:themeFillTint="7f"/>
      </w:tcPr>
    </w:tblStylePr>
  </w:style>
  <w:style w:type="table" w:styleId="GradeMdia3-nfase4">
    <w:name w:val="Medium Grid 3 Accent 4"/>
    <w:basedOn w:val="Tabe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8064A2" w:themeFill="accent4"/>
      </w:tcPr>
    </w:tblStylePr>
    <w:tblStylePr w:type="lastRow">
      <w:rPr>
        <w:b/>
        <w:bCs/>
        <w:i w:val="0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8064A2" w:themeFill="accent4"/>
      </w:tcPr>
    </w:tblStylePr>
    <w:tblStylePr w:type="firstCol">
      <w:rPr>
        <w:b/>
        <w:bCs/>
        <w:i w:val="0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BFB1D0" w:themeFill="accent4" w:themeFillTint="7f"/>
      </w:tcPr>
    </w:tblStylePr>
  </w:style>
  <w:style w:type="table" w:styleId="GradeMdia3-nfase5">
    <w:name w:val="Medium Grid 3 Accent 5"/>
    <w:basedOn w:val="Tabe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4BACC6" w:themeFill="accent5"/>
      </w:tcPr>
    </w:tblStylePr>
    <w:tblStylePr w:type="lastRow">
      <w:rPr>
        <w:b/>
        <w:bCs/>
        <w:i w:val="0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4BACC6" w:themeFill="accent5"/>
      </w:tcPr>
    </w:tblStylePr>
    <w:tblStylePr w:type="firstCol">
      <w:rPr>
        <w:b/>
        <w:bCs/>
        <w:i w:val="0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A5D5E2" w:themeFill="accent5" w:themeFillTint="7f"/>
      </w:tcPr>
    </w:tblStylePr>
  </w:style>
  <w:style w:type="table" w:styleId="GradeMdia3-nfase6">
    <w:name w:val="Medium Grid 3 Accent 6"/>
    <w:basedOn w:val="Tabe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F79646" w:themeFill="accent6"/>
      </w:tcPr>
    </w:tblStylePr>
    <w:tblStylePr w:type="lastRow">
      <w:rPr>
        <w:b/>
        <w:bCs/>
        <w:i w:val="0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F79646" w:themeFill="accent6"/>
      </w:tcPr>
    </w:tblStylePr>
    <w:tblStylePr w:type="firstCol">
      <w:rPr>
        <w:b/>
        <w:bCs/>
        <w:i w:val="0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FBCAA2" w:themeFill="accent6" w:themeFillTint="7f"/>
      </w:tcPr>
    </w:tblStylePr>
  </w:style>
  <w:style w:type="table" w:styleId="ListaEscura">
    <w:name w:val="Dark List"/>
    <w:basedOn w:val="Tabe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ListaEscura-nfase1">
    <w:name w:val="Dark List Accent 1"/>
    <w:basedOn w:val="Tabe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ListaEscura-nfase2">
    <w:name w:val="Dark List Accent 2"/>
    <w:basedOn w:val="Tabe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ListaEscura-nfase3">
    <w:name w:val="Dark List Accent 3"/>
    <w:basedOn w:val="Tabe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ListaEscura-nfase4">
    <w:name w:val="Dark List Accent 4"/>
    <w:basedOn w:val="Tabe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ListaEscura-nfase5">
    <w:name w:val="Dark List Accent 5"/>
    <w:basedOn w:val="Tabe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ListaEscura-nfase6">
    <w:name w:val="Dark List Accent 6"/>
    <w:basedOn w:val="Tabe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SombreamentoColorido">
    <w:name w:val="Colorful Shading"/>
    <w:basedOn w:val="Tabe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color="C0504D" w:themeColor="accent2" w:sz="2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000000" w:themeColor="text1" w:sz="4" w:space="0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  <w:tblPr/>
    </w:tblStylePr>
    <w:tblStylePr w:type="nwCell">
      <w:rPr>
        <w:color w:val="000000" w:themeColor="text1"/>
      </w:rPr>
      <w:tblPr/>
    </w:tblStylePr>
  </w:style>
  <w:style w:type="table" w:styleId="SombreamentoEscuro-nfase1">
    <w:name w:val="Colorful Shading Accent 1"/>
    <w:basedOn w:val="Tabe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color="C0504D" w:themeColor="accent2" w:sz="2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2C4C74" w:themeColor="accent1" w:sz="4" w:space="0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  <w:tblPr/>
    </w:tblStylePr>
    <w:tblStylePr w:type="nwCell">
      <w:rPr>
        <w:color w:val="000000" w:themeColor="text1"/>
      </w:rPr>
      <w:tblPr/>
    </w:tblStylePr>
  </w:style>
  <w:style w:type="table" w:styleId="SombreamentoColorido-nfase2">
    <w:name w:val="Colorful Shading Accent 2"/>
    <w:basedOn w:val="Tabe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color="C0504D" w:themeColor="accent2" w:sz="24" w:space="0"/>
        <w:left w:val="single" w:color="C0504D" w:themeColor="accent2" w:sz="4" w:space="0"/>
        <w:bottom w:val="single" w:color="C0504D" w:themeColor="accent2" w:sz="4" w:space="0"/>
        <w:right w:val="single" w:color="C0504D" w:themeColor="accent2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772C2A" w:themeColor="accent2" w:sz="4" w:space="0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  <w:tblPr/>
    </w:tblStylePr>
    <w:tblStylePr w:type="nwCell">
      <w:rPr>
        <w:color w:val="000000" w:themeColor="text1"/>
      </w:rPr>
      <w:tblPr/>
    </w:tblStylePr>
  </w:style>
  <w:style w:type="table" w:styleId="SombreamentoColorido-nfase3">
    <w:name w:val="Colorful Shading Accent 3"/>
    <w:basedOn w:val="Tabe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color="8064A2" w:themeColor="accent4" w:sz="24" w:space="0"/>
        <w:left w:val="single" w:color="9BBB59" w:themeColor="accent3" w:sz="4" w:space="0"/>
        <w:bottom w:val="single" w:color="9BBB59" w:themeColor="accent3" w:sz="4" w:space="0"/>
        <w:right w:val="single" w:color="9BBB59" w:themeColor="accent3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8064A2" w:themeColor="accent4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5E7530" w:themeColor="accent3" w:sz="4" w:space="0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SombreamentoColorido-nfase4">
    <w:name w:val="Colorful Shading Accent 4"/>
    <w:basedOn w:val="Tabe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color="9BBB59" w:themeColor="accent3" w:sz="24" w:space="0"/>
        <w:left w:val="single" w:color="8064A2" w:themeColor="accent4" w:sz="4" w:space="0"/>
        <w:bottom w:val="single" w:color="8064A2" w:themeColor="accent4" w:sz="4" w:space="0"/>
        <w:right w:val="single" w:color="8064A2" w:themeColor="accent4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9BBB59" w:themeColor="accent3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4C3B62" w:themeColor="accent4" w:sz="4" w:space="0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  <w:tblPr/>
    </w:tblStylePr>
    <w:tblStylePr w:type="nwCell">
      <w:rPr>
        <w:color w:val="000000" w:themeColor="text1"/>
      </w:rPr>
      <w:tblPr/>
    </w:tblStylePr>
  </w:style>
  <w:style w:type="table" w:styleId="SombreamentoColorido-nfase5">
    <w:name w:val="Colorful Shading Accent 5"/>
    <w:basedOn w:val="Tabe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color="F79646" w:themeColor="accent6" w:sz="2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F79646" w:themeColor="accent6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276A7C" w:themeColor="accent5" w:sz="4" w:space="0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  <w:tblPr/>
    </w:tblStylePr>
    <w:tblStylePr w:type="nwCell">
      <w:rPr>
        <w:color w:val="000000" w:themeColor="text1"/>
      </w:rPr>
      <w:tblPr/>
    </w:tblStylePr>
  </w:style>
  <w:style w:type="table" w:styleId="SombreamentoColorido-nfase6">
    <w:name w:val="Colorful Shading Accent 6"/>
    <w:basedOn w:val="Tabe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color="4BACC6" w:themeColor="accent5" w:sz="2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4BACC6" w:themeColor="accent5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B65608" w:themeColor="accent6" w:sz="4" w:space="0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  <w:tblPr/>
    </w:tblStylePr>
    <w:tblStylePr w:type="nwCell">
      <w:rPr>
        <w:color w:val="000000" w:themeColor="text1"/>
      </w:rPr>
      <w:tblPr/>
    </w:tblStylePr>
  </w:style>
  <w:style w:type="table" w:styleId="ListaColorida">
    <w:name w:val="Colorful List"/>
    <w:basedOn w:val="Tabe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ListaColorida-nfase1">
    <w:name w:val="Colorful List Accent 1"/>
    <w:basedOn w:val="Tabe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ListaColorida-nfase2">
    <w:name w:val="Colorful List Accent 2"/>
    <w:basedOn w:val="Tabe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ListaColorida-nfase3">
    <w:name w:val="Colorful List Accent 3"/>
    <w:basedOn w:val="Tabe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ListaColorida-nfase4">
    <w:name w:val="Colorful List Accent 4"/>
    <w:basedOn w:val="Tabe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ListaColorida-nfase5">
    <w:name w:val="Colorful List Accent 5"/>
    <w:basedOn w:val="Tabe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ListaColorida-nfase6">
    <w:name w:val="Colorful List Accent 6"/>
    <w:basedOn w:val="Tabe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GradeColorida">
    <w:name w:val="Colorful Grid"/>
    <w:basedOn w:val="Tabe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GradeColorida-nfase1">
    <w:name w:val="Colorful Grid Accent 1"/>
    <w:basedOn w:val="Tabe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GradeColorida-nfase2">
    <w:name w:val="Colorful Grid Accent 2"/>
    <w:basedOn w:val="Tabe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GradeColorida-nfase3">
    <w:name w:val="Colorful Grid Accent 3"/>
    <w:basedOn w:val="Tabe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GradeColorida-nfase4">
    <w:name w:val="Colorful Grid Accent 4"/>
    <w:basedOn w:val="Tabe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GradeColorida-nfase5">
    <w:name w:val="Colorful Grid Accent 5"/>
    <w:basedOn w:val="Tabe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GradeColorida-nfase6">
    <w:name w:val="Colorful Grid Accent 6"/>
    <w:basedOn w:val="Tabe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<Relationship Id="rId8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Application>LibreOffice/7.1.6.2$Windows_X86_64 LibreOffice_project/0e133318fcee89abacd6a7d077e292f1145735c3</Application>
  <AppVersion>15.0000</AppVersion>
  <Pages>2</Pages>
  <Words>292</Words>
  <Characters>1606</Characters>
  <CharactersWithSpaces>1793</CharactersWithSpaces>
  <Paragraphs>109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2026-05-12T15:20:00Z</dcterms:created>
  <dc:creator>OpenAI</dc:creator>
  <dc:description>generated by python-docx</dc:description>
  <cp:keywords>imóveis imóveis imóveis promotorias CEP controle patrimonial documentação modelo</cp:keywords>
  <dc:language>pt-BR</dc:language>
  <cp:lastModifiedBy/>
  <cp:lastPrinted>2026-06-02T07:24:19Z</cp:lastPrinted>
  <dcterms:modified xsi:type="dcterms:W3CDTF">2026-06-02T08:44:42Z</dcterms:modified>
  <cp:revision>7</cp:revision>
  <dc:subject>Tabela organizada com CEPs pesquisados e campos de documentação</dc:subject>
  <dc:title>Modelo de Controle de Imóveis - CEPs preenchidos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