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6F7A6" w14:textId="3D1BD7C2" w:rsidR="008E2BB7" w:rsidRDefault="0051389E">
      <w:pPr>
        <w:spacing w:after="40"/>
        <w:jc w:val="center"/>
      </w:pPr>
      <w:r>
        <w:rPr>
          <w:b/>
          <w:color w:val="1F4E79"/>
          <w:sz w:val="30"/>
        </w:rPr>
        <w:t>CONTROLE DE IMÓVEIS</w:t>
      </w:r>
    </w:p>
    <w:p w14:paraId="1F375AC5" w14:textId="7009A56A" w:rsidR="008E2BB7" w:rsidRDefault="008E2BB7">
      <w:pPr>
        <w:spacing w:after="100"/>
        <w:jc w:val="center"/>
      </w:pPr>
    </w:p>
    <w:p w14:paraId="509B2F53" w14:textId="77777777" w:rsidR="008E2BB7" w:rsidRDefault="008E2BB7">
      <w:pPr>
        <w:spacing w:after="20"/>
      </w:pPr>
    </w:p>
    <w:tbl>
      <w:tblPr>
        <w:tblStyle w:val="Tabelacomgrade"/>
        <w:tblW w:w="0" w:type="auto"/>
        <w:jc w:val="center"/>
        <w:tblBorders>
          <w:top w:val="single" w:sz="6" w:space="0" w:color="7F7F7F"/>
          <w:left w:val="single" w:sz="6" w:space="0" w:color="7F7F7F"/>
          <w:bottom w:val="single" w:sz="6" w:space="0" w:color="7F7F7F"/>
          <w:right w:val="single" w:sz="6" w:space="0" w:color="7F7F7F"/>
          <w:insideH w:val="single" w:sz="6" w:space="0" w:color="7F7F7F"/>
          <w:insideV w:val="single" w:sz="6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2995"/>
        <w:gridCol w:w="3888"/>
        <w:gridCol w:w="1680"/>
        <w:gridCol w:w="1352"/>
        <w:gridCol w:w="855"/>
        <w:gridCol w:w="1478"/>
        <w:gridCol w:w="2078"/>
      </w:tblGrid>
      <w:tr w:rsidR="008E2BB7" w14:paraId="50D33775" w14:textId="77777777" w:rsidTr="00D931E5">
        <w:trPr>
          <w:trHeight w:val="405"/>
          <w:tblHeader/>
          <w:jc w:val="center"/>
        </w:trPr>
        <w:tc>
          <w:tcPr>
            <w:tcW w:w="2995" w:type="dxa"/>
            <w:shd w:val="clear" w:color="auto" w:fill="1F4E79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C736382" w14:textId="77777777" w:rsidR="008E2BB7" w:rsidRDefault="0051389E">
            <w:pPr>
              <w:jc w:val="center"/>
            </w:pPr>
            <w:r>
              <w:rPr>
                <w:b/>
                <w:color w:val="FFFFFF"/>
                <w:sz w:val="14"/>
              </w:rPr>
              <w:t>Nome do imóvel / unidade</w:t>
            </w:r>
          </w:p>
        </w:tc>
        <w:tc>
          <w:tcPr>
            <w:tcW w:w="3888" w:type="dxa"/>
            <w:shd w:val="clear" w:color="auto" w:fill="1F4E79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1BD62B2" w14:textId="77777777" w:rsidR="008E2BB7" w:rsidRDefault="0051389E">
            <w:pPr>
              <w:jc w:val="center"/>
            </w:pPr>
            <w:r>
              <w:rPr>
                <w:b/>
                <w:color w:val="FFFFFF"/>
                <w:sz w:val="14"/>
              </w:rPr>
              <w:t>Endereço</w:t>
            </w:r>
          </w:p>
        </w:tc>
        <w:tc>
          <w:tcPr>
            <w:tcW w:w="1680" w:type="dxa"/>
            <w:shd w:val="clear" w:color="auto" w:fill="1F4E79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98012DD" w14:textId="77777777" w:rsidR="008E2BB7" w:rsidRDefault="0051389E">
            <w:pPr>
              <w:jc w:val="center"/>
            </w:pPr>
            <w:r>
              <w:rPr>
                <w:b/>
                <w:color w:val="FFFFFF"/>
                <w:sz w:val="14"/>
              </w:rPr>
              <w:t>CEP</w:t>
            </w:r>
          </w:p>
        </w:tc>
        <w:tc>
          <w:tcPr>
            <w:tcW w:w="1352" w:type="dxa"/>
            <w:shd w:val="clear" w:color="auto" w:fill="1F4E79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1609E13" w14:textId="77777777" w:rsidR="008E2BB7" w:rsidRDefault="0051389E">
            <w:pPr>
              <w:jc w:val="center"/>
            </w:pPr>
            <w:r>
              <w:rPr>
                <w:b/>
                <w:color w:val="FFFFFF"/>
                <w:sz w:val="14"/>
              </w:rPr>
              <w:t>Escritura Pública</w:t>
            </w:r>
          </w:p>
        </w:tc>
        <w:tc>
          <w:tcPr>
            <w:tcW w:w="855" w:type="dxa"/>
            <w:shd w:val="clear" w:color="auto" w:fill="1F4E79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29D070F" w14:textId="77777777" w:rsidR="008E2BB7" w:rsidRDefault="0051389E">
            <w:pPr>
              <w:jc w:val="center"/>
            </w:pPr>
            <w:r>
              <w:rPr>
                <w:b/>
                <w:color w:val="FFFFFF"/>
                <w:sz w:val="14"/>
              </w:rPr>
              <w:t>Habite-se</w:t>
            </w:r>
          </w:p>
        </w:tc>
        <w:tc>
          <w:tcPr>
            <w:tcW w:w="1478" w:type="dxa"/>
            <w:shd w:val="clear" w:color="auto" w:fill="1F4E79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D24A137" w14:textId="77777777" w:rsidR="008E2BB7" w:rsidRDefault="0051389E">
            <w:pPr>
              <w:jc w:val="center"/>
            </w:pPr>
            <w:r>
              <w:rPr>
                <w:b/>
                <w:color w:val="FFFFFF"/>
                <w:sz w:val="14"/>
              </w:rPr>
              <w:t>Laudo do Corpo de Bombeiros</w:t>
            </w:r>
          </w:p>
        </w:tc>
        <w:tc>
          <w:tcPr>
            <w:tcW w:w="2078" w:type="dxa"/>
            <w:shd w:val="clear" w:color="auto" w:fill="1F4E79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149A1DC" w14:textId="77777777" w:rsidR="008E2BB7" w:rsidRDefault="0051389E">
            <w:pPr>
              <w:jc w:val="center"/>
            </w:pPr>
            <w:r>
              <w:rPr>
                <w:b/>
                <w:color w:val="FFFFFF"/>
                <w:sz w:val="14"/>
              </w:rPr>
              <w:t>Situação do Imóvel</w:t>
            </w:r>
          </w:p>
        </w:tc>
      </w:tr>
      <w:tr w:rsidR="00FF0FE6" w14:paraId="735969AD" w14:textId="77777777" w:rsidTr="00D931E5">
        <w:trPr>
          <w:trHeight w:val="345"/>
          <w:jc w:val="center"/>
        </w:trPr>
        <w:tc>
          <w:tcPr>
            <w:tcW w:w="299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20368BB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Promotoria de Porto Calvo</w:t>
            </w:r>
          </w:p>
        </w:tc>
        <w:tc>
          <w:tcPr>
            <w:tcW w:w="388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7D5B6FB" w14:textId="4F490A31" w:rsidR="00FF0FE6" w:rsidRPr="00C877BF" w:rsidRDefault="0015618C" w:rsidP="00FF0FE6">
            <w:pPr>
              <w:rPr>
                <w:sz w:val="22"/>
              </w:rPr>
            </w:pPr>
            <w:r w:rsidRPr="0015618C">
              <w:rPr>
                <w:sz w:val="22"/>
              </w:rPr>
              <w:t>R. do Rafael, s/n</w:t>
            </w:r>
          </w:p>
        </w:tc>
        <w:tc>
          <w:tcPr>
            <w:tcW w:w="168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CD9AE5A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57900-000</w:t>
            </w:r>
          </w:p>
        </w:tc>
        <w:tc>
          <w:tcPr>
            <w:tcW w:w="1352" w:type="dx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16026D24" w14:textId="7CA983DF" w:rsidR="00FF0FE6" w:rsidRDefault="00FF0FE6" w:rsidP="00FF0FE6">
            <w:r w:rsidRPr="0096283E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621CBA0" w14:textId="2345ACE5" w:rsidR="00FF0FE6" w:rsidRDefault="00FF0FE6" w:rsidP="00FF0FE6">
            <w:r>
              <w:t>-----------</w:t>
            </w:r>
          </w:p>
        </w:tc>
        <w:tc>
          <w:tcPr>
            <w:tcW w:w="14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98DB942" w14:textId="2B63AD3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D08BD78" w14:textId="61172CC1" w:rsidR="00FF0FE6" w:rsidRDefault="00FF0FE6" w:rsidP="00FF0FE6">
            <w:r>
              <w:rPr>
                <w:sz w:val="12"/>
              </w:rPr>
              <w:t>Locado</w:t>
            </w:r>
          </w:p>
        </w:tc>
      </w:tr>
      <w:tr w:rsidR="00FF0FE6" w14:paraId="5CB4DE2B" w14:textId="77777777" w:rsidTr="00D931E5">
        <w:trPr>
          <w:trHeight w:val="345"/>
          <w:jc w:val="center"/>
        </w:trPr>
        <w:tc>
          <w:tcPr>
            <w:tcW w:w="299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837FDD2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Promotoria de Rio Largo</w:t>
            </w:r>
          </w:p>
        </w:tc>
        <w:tc>
          <w:tcPr>
            <w:tcW w:w="388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7113164" w14:textId="1FD4F9F8" w:rsidR="00FF0FE6" w:rsidRPr="00C877BF" w:rsidRDefault="0015618C" w:rsidP="00FF0FE6">
            <w:pPr>
              <w:rPr>
                <w:sz w:val="22"/>
              </w:rPr>
            </w:pPr>
            <w:r w:rsidRPr="0015618C">
              <w:rPr>
                <w:sz w:val="22"/>
              </w:rPr>
              <w:t>AL-210, 520 - Conj. Bandeirante</w:t>
            </w:r>
          </w:p>
        </w:tc>
        <w:tc>
          <w:tcPr>
            <w:tcW w:w="1680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9A08379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57100-000</w:t>
            </w:r>
          </w:p>
        </w:tc>
        <w:tc>
          <w:tcPr>
            <w:tcW w:w="1352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7DE090FF" w14:textId="218ED625" w:rsidR="00FF0FE6" w:rsidRDefault="00FF0FE6" w:rsidP="00FF0FE6">
            <w:r w:rsidRPr="0096283E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B2770E3" w14:textId="19117E4E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14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3227DD2" w14:textId="67F77326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D41B475" w14:textId="41E04DAE" w:rsidR="00FF0FE6" w:rsidRDefault="00FF0FE6" w:rsidP="00FF0FE6">
            <w:r>
              <w:rPr>
                <w:sz w:val="12"/>
              </w:rPr>
              <w:t>Locado</w:t>
            </w:r>
          </w:p>
        </w:tc>
      </w:tr>
      <w:tr w:rsidR="00FF0FE6" w14:paraId="25AFA644" w14:textId="77777777" w:rsidTr="00D931E5">
        <w:trPr>
          <w:trHeight w:val="345"/>
          <w:jc w:val="center"/>
        </w:trPr>
        <w:tc>
          <w:tcPr>
            <w:tcW w:w="299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1BC0698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Promotoria de Santana do Ipanema</w:t>
            </w:r>
          </w:p>
        </w:tc>
        <w:tc>
          <w:tcPr>
            <w:tcW w:w="388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555A912" w14:textId="630241FC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Av. Nossa Senhora de Fátima, nº 23</w:t>
            </w:r>
            <w:r w:rsidR="0015618C">
              <w:rPr>
                <w:sz w:val="22"/>
              </w:rPr>
              <w:t>4</w:t>
            </w:r>
          </w:p>
        </w:tc>
        <w:tc>
          <w:tcPr>
            <w:tcW w:w="168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243E5B2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57500-000</w:t>
            </w:r>
          </w:p>
        </w:tc>
        <w:tc>
          <w:tcPr>
            <w:tcW w:w="1352" w:type="dx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01CF7C17" w14:textId="1FEE951A" w:rsidR="00FF0FE6" w:rsidRDefault="00FF0FE6" w:rsidP="00FF0FE6">
            <w:r w:rsidRPr="0096283E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FD82819" w14:textId="40876E25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14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286F1DC" w14:textId="33EC5E2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DF972A3" w14:textId="67D17AF2" w:rsidR="00FF0FE6" w:rsidRDefault="00FF0FE6" w:rsidP="00FF0FE6">
            <w:r>
              <w:rPr>
                <w:sz w:val="12"/>
              </w:rPr>
              <w:t>Locado</w:t>
            </w:r>
          </w:p>
        </w:tc>
      </w:tr>
      <w:tr w:rsidR="00FF0FE6" w14:paraId="6A8C8B36" w14:textId="77777777" w:rsidTr="00D931E5">
        <w:trPr>
          <w:trHeight w:val="345"/>
          <w:jc w:val="center"/>
        </w:trPr>
        <w:tc>
          <w:tcPr>
            <w:tcW w:w="299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E8A4A61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Promotoria de União dos Palmares</w:t>
            </w:r>
          </w:p>
        </w:tc>
        <w:tc>
          <w:tcPr>
            <w:tcW w:w="388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A54569B" w14:textId="08FC33AA" w:rsidR="00FF0FE6" w:rsidRPr="00C877BF" w:rsidRDefault="0015618C" w:rsidP="00FF0FE6">
            <w:pPr>
              <w:rPr>
                <w:sz w:val="22"/>
              </w:rPr>
            </w:pPr>
            <w:r w:rsidRPr="0015618C">
              <w:rPr>
                <w:sz w:val="22"/>
              </w:rPr>
              <w:t>BR-104, s/n (ou Fazenda Cana Brava / Distrito Industrial)</w:t>
            </w:r>
          </w:p>
        </w:tc>
        <w:tc>
          <w:tcPr>
            <w:tcW w:w="1680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08B83AE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57800-000</w:t>
            </w:r>
          </w:p>
        </w:tc>
        <w:tc>
          <w:tcPr>
            <w:tcW w:w="1352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534757FE" w14:textId="4ABC0625" w:rsidR="00FF0FE6" w:rsidRDefault="00FF0FE6" w:rsidP="00FF0FE6">
            <w:r w:rsidRPr="0096283E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307846F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14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2709C60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52BC0B4" w14:textId="38690331" w:rsidR="00FF0FE6" w:rsidRDefault="00FF0FE6" w:rsidP="00FF0FE6">
            <w:r>
              <w:rPr>
                <w:sz w:val="12"/>
              </w:rPr>
              <w:t>Cedido</w:t>
            </w:r>
          </w:p>
        </w:tc>
      </w:tr>
      <w:tr w:rsidR="00FF0FE6" w14:paraId="362B576D" w14:textId="77777777" w:rsidTr="00D931E5">
        <w:trPr>
          <w:trHeight w:val="345"/>
          <w:jc w:val="center"/>
        </w:trPr>
        <w:tc>
          <w:tcPr>
            <w:tcW w:w="299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CC594F3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CAOP</w:t>
            </w:r>
          </w:p>
        </w:tc>
        <w:tc>
          <w:tcPr>
            <w:tcW w:w="388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2EFEB32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Av. Fernandes Lima, nº 1018</w:t>
            </w:r>
          </w:p>
        </w:tc>
        <w:tc>
          <w:tcPr>
            <w:tcW w:w="168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91EAA7E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57055-000</w:t>
            </w:r>
          </w:p>
        </w:tc>
        <w:tc>
          <w:tcPr>
            <w:tcW w:w="1352" w:type="dx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687F68A1" w14:textId="22F88CA9" w:rsidR="00FF0FE6" w:rsidRDefault="00FF0FE6" w:rsidP="00FF0FE6">
            <w:r w:rsidRPr="0096283E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ADDE5EA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14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DCA44C2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3BC9EF8" w14:textId="0296F323" w:rsidR="00FF0FE6" w:rsidRDefault="00FF0FE6" w:rsidP="00FF0FE6">
            <w:r>
              <w:rPr>
                <w:sz w:val="12"/>
              </w:rPr>
              <w:t>Locado</w:t>
            </w:r>
          </w:p>
        </w:tc>
      </w:tr>
      <w:tr w:rsidR="00FF0FE6" w14:paraId="642F53BE" w14:textId="77777777" w:rsidTr="00D931E5">
        <w:trPr>
          <w:trHeight w:val="345"/>
          <w:jc w:val="center"/>
        </w:trPr>
        <w:tc>
          <w:tcPr>
            <w:tcW w:w="299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7C5C771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CAOP - Anexo</w:t>
            </w:r>
          </w:p>
        </w:tc>
        <w:tc>
          <w:tcPr>
            <w:tcW w:w="388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9810188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Rua Ministro Salgado Filho, nº 27</w:t>
            </w:r>
          </w:p>
        </w:tc>
        <w:tc>
          <w:tcPr>
            <w:tcW w:w="1680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524A330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57050-140</w:t>
            </w:r>
          </w:p>
        </w:tc>
        <w:tc>
          <w:tcPr>
            <w:tcW w:w="1352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099527AE" w14:textId="06448C9A" w:rsidR="00FF0FE6" w:rsidRDefault="00FF0FE6" w:rsidP="00FF0FE6">
            <w:r w:rsidRPr="0096283E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A1FFD60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14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8482A6E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390C702" w14:textId="2BEC1FA0" w:rsidR="00FF0FE6" w:rsidRDefault="00FF0FE6" w:rsidP="00FF0FE6">
            <w:r>
              <w:rPr>
                <w:sz w:val="12"/>
              </w:rPr>
              <w:t>Locado</w:t>
            </w:r>
          </w:p>
        </w:tc>
      </w:tr>
      <w:tr w:rsidR="00FF0FE6" w14:paraId="21AF4515" w14:textId="77777777" w:rsidTr="00D931E5">
        <w:trPr>
          <w:trHeight w:val="345"/>
          <w:jc w:val="center"/>
        </w:trPr>
        <w:tc>
          <w:tcPr>
            <w:tcW w:w="299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6AC8CD3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Galpão</w:t>
            </w:r>
          </w:p>
        </w:tc>
        <w:tc>
          <w:tcPr>
            <w:tcW w:w="388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4A3243D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Rua Cel. Salustiano Sarmento, s/n</w:t>
            </w:r>
          </w:p>
        </w:tc>
        <w:tc>
          <w:tcPr>
            <w:tcW w:w="168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1B20ABC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57045-061</w:t>
            </w:r>
          </w:p>
        </w:tc>
        <w:tc>
          <w:tcPr>
            <w:tcW w:w="1352" w:type="dx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46528837" w14:textId="3F9551C6" w:rsidR="00FF0FE6" w:rsidRDefault="00FF0FE6" w:rsidP="00FF0FE6">
            <w:r w:rsidRPr="0096283E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7408F7A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14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2CD31EF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50165E9" w14:textId="06FCBDFC" w:rsidR="00FF0FE6" w:rsidRDefault="00FF0FE6" w:rsidP="00FF0FE6">
            <w:r>
              <w:rPr>
                <w:sz w:val="12"/>
              </w:rPr>
              <w:t>Locado</w:t>
            </w:r>
          </w:p>
        </w:tc>
      </w:tr>
      <w:tr w:rsidR="00FF0FE6" w14:paraId="0A346604" w14:textId="77777777" w:rsidTr="00D931E5">
        <w:trPr>
          <w:trHeight w:val="345"/>
          <w:jc w:val="center"/>
        </w:trPr>
        <w:tc>
          <w:tcPr>
            <w:tcW w:w="299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BF9FB43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OFICCE - 203</w:t>
            </w:r>
          </w:p>
        </w:tc>
        <w:tc>
          <w:tcPr>
            <w:tcW w:w="388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02921DE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Av. Dom Antônio Brandão, nº 203</w:t>
            </w:r>
          </w:p>
        </w:tc>
        <w:tc>
          <w:tcPr>
            <w:tcW w:w="1680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5050408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57051-190</w:t>
            </w:r>
          </w:p>
        </w:tc>
        <w:tc>
          <w:tcPr>
            <w:tcW w:w="1352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0C78A491" w14:textId="5E5C2428" w:rsidR="00FF0FE6" w:rsidRDefault="00FF0FE6" w:rsidP="00FF0FE6">
            <w:r w:rsidRPr="0096283E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B4DF33F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14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8795D93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307B840" w14:textId="1DFFC069" w:rsidR="00FF0FE6" w:rsidRDefault="00FF0FE6" w:rsidP="00FF0FE6">
            <w:r>
              <w:rPr>
                <w:sz w:val="12"/>
              </w:rPr>
              <w:t>Locado</w:t>
            </w:r>
          </w:p>
        </w:tc>
      </w:tr>
      <w:tr w:rsidR="00FF0FE6" w14:paraId="2FB94EC7" w14:textId="77777777" w:rsidTr="00D931E5">
        <w:trPr>
          <w:trHeight w:val="345"/>
          <w:jc w:val="center"/>
        </w:trPr>
        <w:tc>
          <w:tcPr>
            <w:tcW w:w="299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73A572F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Promotoria de Matriz de Camaragibe</w:t>
            </w:r>
          </w:p>
        </w:tc>
        <w:tc>
          <w:tcPr>
            <w:tcW w:w="388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42F749A" w14:textId="72AD421B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 xml:space="preserve">Rua Santa Rita, </w:t>
            </w:r>
            <w:r w:rsidR="0015618C">
              <w:rPr>
                <w:sz w:val="22"/>
              </w:rPr>
              <w:t>160</w:t>
            </w:r>
          </w:p>
        </w:tc>
        <w:tc>
          <w:tcPr>
            <w:tcW w:w="168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B98F936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57910-000</w:t>
            </w:r>
          </w:p>
        </w:tc>
        <w:tc>
          <w:tcPr>
            <w:tcW w:w="1352" w:type="dx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569D481C" w14:textId="35E44AB4" w:rsidR="00FF0FE6" w:rsidRDefault="00FF0FE6" w:rsidP="00FF0FE6">
            <w:r w:rsidRPr="0096283E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AE43C8D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14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0F3DA05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5FFC1C4" w14:textId="77777777" w:rsidR="00FF0FE6" w:rsidRDefault="00FF0FE6" w:rsidP="00FF0FE6">
            <w:r>
              <w:rPr>
                <w:sz w:val="12"/>
              </w:rPr>
              <w:t>Próprio</w:t>
            </w:r>
          </w:p>
        </w:tc>
      </w:tr>
      <w:tr w:rsidR="00FF0FE6" w14:paraId="441C60B7" w14:textId="77777777" w:rsidTr="00D931E5">
        <w:trPr>
          <w:trHeight w:val="345"/>
          <w:jc w:val="center"/>
        </w:trPr>
        <w:tc>
          <w:tcPr>
            <w:tcW w:w="299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30FE236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Promotoria de Maragogi</w:t>
            </w:r>
          </w:p>
        </w:tc>
        <w:tc>
          <w:tcPr>
            <w:tcW w:w="388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3661B1E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Rod. AL 101 Norte, s/n</w:t>
            </w:r>
          </w:p>
        </w:tc>
        <w:tc>
          <w:tcPr>
            <w:tcW w:w="1680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F2B1E26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57955-000</w:t>
            </w:r>
          </w:p>
        </w:tc>
        <w:tc>
          <w:tcPr>
            <w:tcW w:w="1352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74305FE2" w14:textId="6F66D0A4" w:rsidR="00FF0FE6" w:rsidRDefault="00FF0FE6" w:rsidP="00FF0FE6">
            <w:r w:rsidRPr="0096283E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EDB5743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14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FAF906A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D43FBB6" w14:textId="77777777" w:rsidR="00FF0FE6" w:rsidRDefault="00FF0FE6" w:rsidP="00FF0FE6">
            <w:r>
              <w:rPr>
                <w:sz w:val="12"/>
              </w:rPr>
              <w:t>Próprio</w:t>
            </w:r>
          </w:p>
        </w:tc>
      </w:tr>
      <w:tr w:rsidR="00FF0FE6" w14:paraId="5945BA1C" w14:textId="77777777" w:rsidTr="00D931E5">
        <w:trPr>
          <w:trHeight w:val="345"/>
          <w:jc w:val="center"/>
        </w:trPr>
        <w:tc>
          <w:tcPr>
            <w:tcW w:w="299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FB72007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Promotoria de Murici</w:t>
            </w:r>
          </w:p>
        </w:tc>
        <w:tc>
          <w:tcPr>
            <w:tcW w:w="388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F547452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Rua Wellington Gomes Calheiros, s/n</w:t>
            </w:r>
          </w:p>
        </w:tc>
        <w:tc>
          <w:tcPr>
            <w:tcW w:w="168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5FF6E70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57820-000</w:t>
            </w:r>
          </w:p>
        </w:tc>
        <w:tc>
          <w:tcPr>
            <w:tcW w:w="1352" w:type="dx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133CBA3F" w14:textId="1AEC8168" w:rsidR="00FF0FE6" w:rsidRDefault="00FF0FE6" w:rsidP="00FF0FE6">
            <w:r w:rsidRPr="0096283E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BC1CA85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14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4831CAA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4EFA97B" w14:textId="77777777" w:rsidR="00FF0FE6" w:rsidRDefault="00FF0FE6" w:rsidP="00FF0FE6">
            <w:r>
              <w:rPr>
                <w:sz w:val="12"/>
              </w:rPr>
              <w:t>Próprio</w:t>
            </w:r>
          </w:p>
        </w:tc>
      </w:tr>
      <w:tr w:rsidR="00FF0FE6" w14:paraId="6B1F13EF" w14:textId="77777777" w:rsidTr="00D931E5">
        <w:trPr>
          <w:trHeight w:val="345"/>
          <w:jc w:val="center"/>
        </w:trPr>
        <w:tc>
          <w:tcPr>
            <w:tcW w:w="299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301A99F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Promotoria de Atalaia</w:t>
            </w:r>
          </w:p>
        </w:tc>
        <w:tc>
          <w:tcPr>
            <w:tcW w:w="388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1D536B7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Rua José Paulino, s/n</w:t>
            </w:r>
          </w:p>
        </w:tc>
        <w:tc>
          <w:tcPr>
            <w:tcW w:w="1680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BA0F147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57690-000</w:t>
            </w:r>
          </w:p>
        </w:tc>
        <w:tc>
          <w:tcPr>
            <w:tcW w:w="1352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8553916" w14:textId="7DB6B845" w:rsidR="00FF0FE6" w:rsidRDefault="00FF0FE6" w:rsidP="00FF0FE6">
            <w:hyperlink r:id="rId8" w:history="1">
              <w:r w:rsidRPr="00797E01">
                <w:rPr>
                  <w:rStyle w:val="Hyperlink"/>
                </w:rPr>
                <w:t>https://drive.google.com/file/d/1_eNOiqIO6uBikRNHt47gEeNramwoAEGR/view?usp=drive_link</w:t>
              </w:r>
            </w:hyperlink>
          </w:p>
        </w:tc>
        <w:tc>
          <w:tcPr>
            <w:tcW w:w="85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87BEA6B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14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4DCD427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6C3A85F" w14:textId="77777777" w:rsidR="00FF0FE6" w:rsidRDefault="00FF0FE6" w:rsidP="00FF0FE6">
            <w:r>
              <w:rPr>
                <w:sz w:val="12"/>
              </w:rPr>
              <w:t>Próprio</w:t>
            </w:r>
          </w:p>
        </w:tc>
      </w:tr>
      <w:tr w:rsidR="00FF0FE6" w14:paraId="4F687405" w14:textId="77777777" w:rsidTr="00D931E5">
        <w:trPr>
          <w:trHeight w:val="345"/>
          <w:jc w:val="center"/>
        </w:trPr>
        <w:tc>
          <w:tcPr>
            <w:tcW w:w="299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24CA658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Promotoria de Marechal Deodoro</w:t>
            </w:r>
          </w:p>
        </w:tc>
        <w:tc>
          <w:tcPr>
            <w:tcW w:w="388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19654CF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Rod. Edval Lemos, s/n</w:t>
            </w:r>
          </w:p>
        </w:tc>
        <w:tc>
          <w:tcPr>
            <w:tcW w:w="168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F40770C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57160-000</w:t>
            </w:r>
          </w:p>
        </w:tc>
        <w:tc>
          <w:tcPr>
            <w:tcW w:w="1352" w:type="dx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5723C5EC" w14:textId="685F22F1" w:rsidR="00FF0FE6" w:rsidRDefault="00FF0FE6" w:rsidP="00FF0FE6">
            <w:r w:rsidRPr="0049202C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26CE247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14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63174B6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2576FCA" w14:textId="77777777" w:rsidR="00FF0FE6" w:rsidRDefault="00FF0FE6" w:rsidP="00FF0FE6">
            <w:r>
              <w:rPr>
                <w:sz w:val="12"/>
              </w:rPr>
              <w:t>Próprio</w:t>
            </w:r>
          </w:p>
        </w:tc>
      </w:tr>
      <w:tr w:rsidR="00FF0FE6" w14:paraId="33A857B2" w14:textId="77777777" w:rsidTr="00D931E5">
        <w:trPr>
          <w:trHeight w:val="345"/>
          <w:jc w:val="center"/>
        </w:trPr>
        <w:tc>
          <w:tcPr>
            <w:tcW w:w="299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537C346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Promotoria de São Miguel dos Campos</w:t>
            </w:r>
          </w:p>
        </w:tc>
        <w:tc>
          <w:tcPr>
            <w:tcW w:w="388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74B3E00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Av. Pedro Fernandes da Costa, s/n</w:t>
            </w:r>
          </w:p>
        </w:tc>
        <w:tc>
          <w:tcPr>
            <w:tcW w:w="1680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C9683A8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57240-056</w:t>
            </w:r>
          </w:p>
        </w:tc>
        <w:tc>
          <w:tcPr>
            <w:tcW w:w="1352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55458F09" w14:textId="4DD9B54F" w:rsidR="00FF0FE6" w:rsidRDefault="00FF0FE6" w:rsidP="00FF0FE6">
            <w:r w:rsidRPr="0049202C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88D1F4A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14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8F63D9E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9A680CE" w14:textId="77777777" w:rsidR="00FF0FE6" w:rsidRDefault="00FF0FE6" w:rsidP="00FF0FE6">
            <w:r>
              <w:rPr>
                <w:sz w:val="12"/>
              </w:rPr>
              <w:t>Próprio</w:t>
            </w:r>
          </w:p>
        </w:tc>
      </w:tr>
      <w:tr w:rsidR="00FF0FE6" w14:paraId="6B5551BA" w14:textId="77777777" w:rsidTr="00D931E5">
        <w:trPr>
          <w:trHeight w:val="345"/>
          <w:jc w:val="center"/>
        </w:trPr>
        <w:tc>
          <w:tcPr>
            <w:tcW w:w="299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C3920FA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Promotoria de Boca da Mata</w:t>
            </w:r>
          </w:p>
        </w:tc>
        <w:tc>
          <w:tcPr>
            <w:tcW w:w="388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6B30471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Praça Padre Cícero, s/n</w:t>
            </w:r>
          </w:p>
        </w:tc>
        <w:tc>
          <w:tcPr>
            <w:tcW w:w="168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CBE32EC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57680-000</w:t>
            </w:r>
          </w:p>
        </w:tc>
        <w:tc>
          <w:tcPr>
            <w:tcW w:w="1352" w:type="dx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57B479B3" w14:textId="044ABB7B" w:rsidR="00FF0FE6" w:rsidRDefault="00FF0FE6" w:rsidP="00FF0FE6">
            <w:r w:rsidRPr="0049202C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1ADAC82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14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EBFC0F5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D5A46A7" w14:textId="77777777" w:rsidR="00FF0FE6" w:rsidRDefault="00FF0FE6" w:rsidP="00FF0FE6">
            <w:r>
              <w:rPr>
                <w:sz w:val="12"/>
              </w:rPr>
              <w:t>Próprio</w:t>
            </w:r>
          </w:p>
        </w:tc>
      </w:tr>
      <w:tr w:rsidR="00FF0FE6" w14:paraId="08223D97" w14:textId="77777777" w:rsidTr="00D931E5">
        <w:trPr>
          <w:trHeight w:val="345"/>
          <w:jc w:val="center"/>
        </w:trPr>
        <w:tc>
          <w:tcPr>
            <w:tcW w:w="299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32D3D56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Promotoria de Limoeiro de Anadia</w:t>
            </w:r>
          </w:p>
        </w:tc>
        <w:tc>
          <w:tcPr>
            <w:tcW w:w="388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996F451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Rua Manoel Francisco, s/n</w:t>
            </w:r>
          </w:p>
        </w:tc>
        <w:tc>
          <w:tcPr>
            <w:tcW w:w="1680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F27ACBA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57260-000</w:t>
            </w:r>
          </w:p>
        </w:tc>
        <w:tc>
          <w:tcPr>
            <w:tcW w:w="1352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601A4B96" w14:textId="21D43E78" w:rsidR="00FF0FE6" w:rsidRDefault="00FF0FE6" w:rsidP="00FF0FE6">
            <w:r w:rsidRPr="0049202C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BD2A89C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14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B9B50D3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07874B5" w14:textId="77777777" w:rsidR="00FF0FE6" w:rsidRDefault="00FF0FE6" w:rsidP="00FF0FE6">
            <w:r>
              <w:rPr>
                <w:sz w:val="12"/>
              </w:rPr>
              <w:t>Próprio</w:t>
            </w:r>
          </w:p>
        </w:tc>
      </w:tr>
      <w:tr w:rsidR="00FF0FE6" w14:paraId="2942ECC4" w14:textId="77777777" w:rsidTr="00D931E5">
        <w:trPr>
          <w:trHeight w:val="345"/>
          <w:jc w:val="center"/>
        </w:trPr>
        <w:tc>
          <w:tcPr>
            <w:tcW w:w="299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4A18AAC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lastRenderedPageBreak/>
              <w:t>Promotoria de Arapiraca</w:t>
            </w:r>
          </w:p>
        </w:tc>
        <w:tc>
          <w:tcPr>
            <w:tcW w:w="388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451A087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Rua Samaritana, nº 1025</w:t>
            </w:r>
          </w:p>
        </w:tc>
        <w:tc>
          <w:tcPr>
            <w:tcW w:w="168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A885627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57310-245</w:t>
            </w:r>
          </w:p>
        </w:tc>
        <w:tc>
          <w:tcPr>
            <w:tcW w:w="1352" w:type="dx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4B5DDA5A" w14:textId="08826F3B" w:rsidR="00FF0FE6" w:rsidRDefault="00FF0FE6" w:rsidP="00FF0FE6">
            <w:r w:rsidRPr="0049202C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A8E93C5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14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AC7EE0A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303F10A" w14:textId="77777777" w:rsidR="00FF0FE6" w:rsidRDefault="00FF0FE6" w:rsidP="00FF0FE6">
            <w:r>
              <w:rPr>
                <w:sz w:val="12"/>
              </w:rPr>
              <w:t>Próprio</w:t>
            </w:r>
          </w:p>
        </w:tc>
      </w:tr>
      <w:tr w:rsidR="00FF0FE6" w14:paraId="1920358B" w14:textId="77777777" w:rsidTr="00D931E5">
        <w:trPr>
          <w:trHeight w:val="345"/>
          <w:jc w:val="center"/>
        </w:trPr>
        <w:tc>
          <w:tcPr>
            <w:tcW w:w="299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781F6C5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Promotoria de Penedo</w:t>
            </w:r>
          </w:p>
        </w:tc>
        <w:tc>
          <w:tcPr>
            <w:tcW w:w="388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FE495B2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AL-110, s/n - Santa Izabel</w:t>
            </w:r>
          </w:p>
        </w:tc>
        <w:tc>
          <w:tcPr>
            <w:tcW w:w="1680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F4F9500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57200-000</w:t>
            </w:r>
          </w:p>
        </w:tc>
        <w:tc>
          <w:tcPr>
            <w:tcW w:w="1352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B13D17A" w14:textId="4E2EB6AB" w:rsidR="00FF0FE6" w:rsidRDefault="00FF0FE6" w:rsidP="00FF0FE6">
            <w:hyperlink r:id="rId9" w:history="1">
              <w:r w:rsidRPr="00797E01">
                <w:rPr>
                  <w:rStyle w:val="Hyperlink"/>
                </w:rPr>
                <w:t>https://drive.google.com/file/d/1NqE21iU-Gjxuqwcj3acYb_K-0-exA5GV/view?usp=drive_link</w:t>
              </w:r>
            </w:hyperlink>
          </w:p>
        </w:tc>
        <w:tc>
          <w:tcPr>
            <w:tcW w:w="85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258232A" w14:textId="0C702C3C" w:rsidR="00FF0FE6" w:rsidRDefault="00FF0FE6" w:rsidP="00FF0FE6"/>
        </w:tc>
        <w:tc>
          <w:tcPr>
            <w:tcW w:w="14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A49E70A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03129E0" w14:textId="77777777" w:rsidR="00FF0FE6" w:rsidRDefault="00FF0FE6" w:rsidP="00FF0FE6">
            <w:r>
              <w:rPr>
                <w:sz w:val="12"/>
              </w:rPr>
              <w:t>Próprio</w:t>
            </w:r>
          </w:p>
        </w:tc>
      </w:tr>
      <w:tr w:rsidR="00FF0FE6" w14:paraId="29FB0EFD" w14:textId="77777777" w:rsidTr="00D931E5">
        <w:trPr>
          <w:trHeight w:val="345"/>
          <w:jc w:val="center"/>
        </w:trPr>
        <w:tc>
          <w:tcPr>
            <w:tcW w:w="299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3B2CDB2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Promotoria de Pão de Açúcar</w:t>
            </w:r>
          </w:p>
        </w:tc>
        <w:tc>
          <w:tcPr>
            <w:tcW w:w="388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D89E1FA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Av. Ferreira de Novaes, nº 763</w:t>
            </w:r>
          </w:p>
        </w:tc>
        <w:tc>
          <w:tcPr>
            <w:tcW w:w="168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DAF3C7E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57400-000</w:t>
            </w:r>
          </w:p>
        </w:tc>
        <w:tc>
          <w:tcPr>
            <w:tcW w:w="1352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6B06D3D" w14:textId="386BFA73" w:rsidR="00FF0FE6" w:rsidRDefault="00FF0FE6" w:rsidP="00FF0FE6">
            <w:hyperlink r:id="rId10" w:history="1">
              <w:r w:rsidRPr="00797E01">
                <w:rPr>
                  <w:rStyle w:val="Hyperlink"/>
                </w:rPr>
                <w:t>https://drive.google.com/file/d/11o1J_xltNTaM3zWJNP_7a36Mj-SYaRrq/view?usp=drive_link</w:t>
              </w:r>
            </w:hyperlink>
          </w:p>
        </w:tc>
        <w:tc>
          <w:tcPr>
            <w:tcW w:w="85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95B913B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14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8DF56A1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B0B424A" w14:textId="77777777" w:rsidR="00FF0FE6" w:rsidRDefault="00FF0FE6" w:rsidP="00FF0FE6">
            <w:r>
              <w:rPr>
                <w:sz w:val="12"/>
              </w:rPr>
              <w:t>Próprio</w:t>
            </w:r>
          </w:p>
        </w:tc>
      </w:tr>
      <w:tr w:rsidR="00FF0FE6" w14:paraId="552E07E2" w14:textId="77777777" w:rsidTr="00D931E5">
        <w:trPr>
          <w:trHeight w:val="345"/>
          <w:jc w:val="center"/>
        </w:trPr>
        <w:tc>
          <w:tcPr>
            <w:tcW w:w="299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F7ACE5D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Promotoria de Palmeira dos Índios</w:t>
            </w:r>
          </w:p>
        </w:tc>
        <w:tc>
          <w:tcPr>
            <w:tcW w:w="388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54B8014" w14:textId="6AFA8B7D" w:rsidR="00FF0FE6" w:rsidRPr="00C877BF" w:rsidRDefault="004C51F8" w:rsidP="00FF0FE6">
            <w:pPr>
              <w:rPr>
                <w:sz w:val="22"/>
              </w:rPr>
            </w:pPr>
            <w:r w:rsidRPr="004C51F8">
              <w:rPr>
                <w:sz w:val="22"/>
              </w:rPr>
              <w:t>Av. Muniz Falcão, S/N, Juca Sampaio</w:t>
            </w:r>
          </w:p>
        </w:tc>
        <w:tc>
          <w:tcPr>
            <w:tcW w:w="1680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C7D653D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57603-282</w:t>
            </w:r>
          </w:p>
        </w:tc>
        <w:tc>
          <w:tcPr>
            <w:tcW w:w="1352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71A1DD87" w14:textId="0538AACC" w:rsidR="00FF0FE6" w:rsidRDefault="00FF0FE6" w:rsidP="00FF0FE6">
            <w:r w:rsidRPr="00057A1B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9BC745C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14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DC8D20C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C2F1464" w14:textId="77777777" w:rsidR="00FF0FE6" w:rsidRDefault="00FF0FE6" w:rsidP="00FF0FE6">
            <w:r>
              <w:rPr>
                <w:sz w:val="12"/>
              </w:rPr>
              <w:t>Próprio</w:t>
            </w:r>
          </w:p>
        </w:tc>
      </w:tr>
      <w:tr w:rsidR="00FF0FE6" w14:paraId="7009A90C" w14:textId="77777777" w:rsidTr="00D931E5">
        <w:trPr>
          <w:trHeight w:val="345"/>
          <w:jc w:val="center"/>
        </w:trPr>
        <w:tc>
          <w:tcPr>
            <w:tcW w:w="299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1F154D9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Promotoria de Traipu</w:t>
            </w:r>
          </w:p>
        </w:tc>
        <w:tc>
          <w:tcPr>
            <w:tcW w:w="388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250EA51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Rua Prof. Guedes Miranda, s/n</w:t>
            </w:r>
          </w:p>
        </w:tc>
        <w:tc>
          <w:tcPr>
            <w:tcW w:w="168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539E4F6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57370-000</w:t>
            </w:r>
          </w:p>
        </w:tc>
        <w:tc>
          <w:tcPr>
            <w:tcW w:w="1352" w:type="dx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4911B2C5" w14:textId="29F6843A" w:rsidR="00FF0FE6" w:rsidRDefault="00FF0FE6" w:rsidP="00FF0FE6">
            <w:r w:rsidRPr="00057A1B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70414A5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14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298D90F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CCBC321" w14:textId="77777777" w:rsidR="00FF0FE6" w:rsidRDefault="00FF0FE6" w:rsidP="00FF0FE6">
            <w:r>
              <w:rPr>
                <w:sz w:val="12"/>
              </w:rPr>
              <w:t>Próprio</w:t>
            </w:r>
          </w:p>
        </w:tc>
      </w:tr>
      <w:tr w:rsidR="00FF0FE6" w14:paraId="758CE8CC" w14:textId="77777777" w:rsidTr="00D931E5">
        <w:trPr>
          <w:trHeight w:val="345"/>
          <w:jc w:val="center"/>
        </w:trPr>
        <w:tc>
          <w:tcPr>
            <w:tcW w:w="299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DA71CF5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Promotoria de Piranhas</w:t>
            </w:r>
          </w:p>
        </w:tc>
        <w:tc>
          <w:tcPr>
            <w:tcW w:w="388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F0EB68C" w14:textId="77777777" w:rsidR="00FF0FE6" w:rsidRPr="00C877BF" w:rsidRDefault="00FF0FE6" w:rsidP="00FF0FE6">
            <w:pPr>
              <w:rPr>
                <w:sz w:val="22"/>
              </w:rPr>
            </w:pPr>
            <w:r w:rsidRPr="00C877BF">
              <w:rPr>
                <w:sz w:val="22"/>
              </w:rPr>
              <w:t>Rua Campo Grande, nº 32 - Xingó</w:t>
            </w:r>
          </w:p>
        </w:tc>
        <w:tc>
          <w:tcPr>
            <w:tcW w:w="1680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27E0702" w14:textId="77777777" w:rsidR="00FF0FE6" w:rsidRPr="00C877BF" w:rsidRDefault="00FF0FE6" w:rsidP="00FF0FE6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57460-000</w:t>
            </w:r>
          </w:p>
        </w:tc>
        <w:tc>
          <w:tcPr>
            <w:tcW w:w="1352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37DF8BA7" w14:textId="1191ED0E" w:rsidR="00FF0FE6" w:rsidRDefault="00FF0FE6" w:rsidP="00FF0FE6">
            <w:r w:rsidRPr="00057A1B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5FD5ACB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14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390CF0D" w14:textId="77777777" w:rsidR="00FF0FE6" w:rsidRDefault="00FF0FE6" w:rsidP="00FF0FE6">
            <w:r>
              <w:rPr>
                <w:sz w:val="12"/>
              </w:rPr>
              <w:t>______</w:t>
            </w:r>
          </w:p>
        </w:tc>
        <w:tc>
          <w:tcPr>
            <w:tcW w:w="20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563ED21" w14:textId="14795685" w:rsidR="00FF0FE6" w:rsidRDefault="00FF0FE6" w:rsidP="00FF0FE6">
            <w:r>
              <w:rPr>
                <w:sz w:val="12"/>
              </w:rPr>
              <w:t>Próprio</w:t>
            </w:r>
          </w:p>
        </w:tc>
      </w:tr>
      <w:tr w:rsidR="004C51F8" w14:paraId="7445867B" w14:textId="77777777" w:rsidTr="00D931E5">
        <w:trPr>
          <w:trHeight w:val="345"/>
          <w:jc w:val="center"/>
        </w:trPr>
        <w:tc>
          <w:tcPr>
            <w:tcW w:w="299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6AE24C7" w14:textId="28A7E5FD" w:rsidR="004C51F8" w:rsidRPr="00C877BF" w:rsidRDefault="004C51F8" w:rsidP="004C51F8">
            <w:pPr>
              <w:rPr>
                <w:sz w:val="22"/>
              </w:rPr>
            </w:pPr>
            <w:r w:rsidRPr="00C877BF">
              <w:rPr>
                <w:sz w:val="22"/>
              </w:rPr>
              <w:t>Promotoria</w:t>
            </w:r>
            <w:r>
              <w:rPr>
                <w:sz w:val="22"/>
              </w:rPr>
              <w:t xml:space="preserve"> de Delmiro Gouveia</w:t>
            </w:r>
          </w:p>
        </w:tc>
        <w:tc>
          <w:tcPr>
            <w:tcW w:w="388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1C5D170" w14:textId="6E4ABFFC" w:rsidR="004C51F8" w:rsidRPr="00C877BF" w:rsidRDefault="004C51F8" w:rsidP="004C51F8">
            <w:pPr>
              <w:rPr>
                <w:sz w:val="22"/>
              </w:rPr>
            </w:pPr>
            <w:r w:rsidRPr="004C51F8">
              <w:rPr>
                <w:sz w:val="22"/>
              </w:rPr>
              <w:t>Av. Antônio José da Costa, S/N</w:t>
            </w:r>
          </w:p>
        </w:tc>
        <w:tc>
          <w:tcPr>
            <w:tcW w:w="168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D00AC26" w14:textId="3773B515" w:rsidR="004C51F8" w:rsidRPr="00C877BF" w:rsidRDefault="004C51F8" w:rsidP="004C51F8">
            <w:pPr>
              <w:jc w:val="center"/>
              <w:rPr>
                <w:sz w:val="22"/>
              </w:rPr>
            </w:pPr>
            <w:r>
              <w:rPr>
                <w:sz w:val="22"/>
              </w:rPr>
              <w:t>57480-000</w:t>
            </w:r>
          </w:p>
        </w:tc>
        <w:tc>
          <w:tcPr>
            <w:tcW w:w="1352" w:type="dx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2DD90E64" w14:textId="6C0D5557" w:rsidR="004C51F8" w:rsidRPr="00057A1B" w:rsidRDefault="004C51F8" w:rsidP="004C51F8">
            <w:pPr>
              <w:rPr>
                <w:color w:val="0563C1"/>
                <w:sz w:val="12"/>
                <w:u w:val="single"/>
              </w:rPr>
            </w:pPr>
            <w:r w:rsidRPr="00057A1B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B09CAF8" w14:textId="568FCD6F" w:rsidR="004C51F8" w:rsidRDefault="004C51F8" w:rsidP="004C51F8">
            <w:pPr>
              <w:rPr>
                <w:sz w:val="12"/>
              </w:rPr>
            </w:pPr>
            <w:r>
              <w:rPr>
                <w:sz w:val="12"/>
              </w:rPr>
              <w:t>______</w:t>
            </w:r>
          </w:p>
        </w:tc>
        <w:tc>
          <w:tcPr>
            <w:tcW w:w="14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1BC9896" w14:textId="65C90BA4" w:rsidR="004C51F8" w:rsidRDefault="004C51F8" w:rsidP="004C51F8">
            <w:pPr>
              <w:rPr>
                <w:sz w:val="12"/>
              </w:rPr>
            </w:pPr>
            <w:r>
              <w:rPr>
                <w:sz w:val="12"/>
              </w:rPr>
              <w:t>______</w:t>
            </w:r>
          </w:p>
        </w:tc>
        <w:tc>
          <w:tcPr>
            <w:tcW w:w="20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B367C25" w14:textId="6CD07721" w:rsidR="004C51F8" w:rsidRDefault="004C51F8" w:rsidP="004C51F8">
            <w:pPr>
              <w:rPr>
                <w:sz w:val="12"/>
              </w:rPr>
            </w:pPr>
            <w:r>
              <w:rPr>
                <w:sz w:val="12"/>
              </w:rPr>
              <w:t>Próprio</w:t>
            </w:r>
          </w:p>
        </w:tc>
      </w:tr>
      <w:tr w:rsidR="004C51F8" w14:paraId="6E509B48" w14:textId="77777777" w:rsidTr="00D931E5">
        <w:trPr>
          <w:trHeight w:val="345"/>
          <w:jc w:val="center"/>
        </w:trPr>
        <w:tc>
          <w:tcPr>
            <w:tcW w:w="299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9CBC3D5" w14:textId="77777777" w:rsidR="004C51F8" w:rsidRPr="00C877BF" w:rsidRDefault="004C51F8" w:rsidP="004C51F8">
            <w:pPr>
              <w:rPr>
                <w:sz w:val="22"/>
              </w:rPr>
            </w:pPr>
            <w:r w:rsidRPr="00C877BF">
              <w:rPr>
                <w:sz w:val="22"/>
              </w:rPr>
              <w:t>Trade Center</w:t>
            </w:r>
          </w:p>
        </w:tc>
        <w:tc>
          <w:tcPr>
            <w:tcW w:w="388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924A79B" w14:textId="0C7BEDDC" w:rsidR="004C51F8" w:rsidRPr="00C877BF" w:rsidRDefault="004C51F8" w:rsidP="004C51F8">
            <w:pPr>
              <w:rPr>
                <w:sz w:val="22"/>
              </w:rPr>
            </w:pPr>
            <w:r w:rsidRPr="00C877BF">
              <w:rPr>
                <w:sz w:val="22"/>
              </w:rPr>
              <w:t xml:space="preserve">Rua Zacarias de Azevedo, </w:t>
            </w:r>
            <w:r>
              <w:rPr>
                <w:sz w:val="22"/>
              </w:rPr>
              <w:t>399</w:t>
            </w:r>
          </w:p>
        </w:tc>
        <w:tc>
          <w:tcPr>
            <w:tcW w:w="168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E3ECE5B" w14:textId="77777777" w:rsidR="004C51F8" w:rsidRPr="00C877BF" w:rsidRDefault="004C51F8" w:rsidP="004C51F8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57020-470</w:t>
            </w:r>
          </w:p>
        </w:tc>
        <w:tc>
          <w:tcPr>
            <w:tcW w:w="1352" w:type="dx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7A7F6C38" w14:textId="7BCC9D30" w:rsidR="004C51F8" w:rsidRDefault="004C51F8" w:rsidP="004C51F8">
            <w:r w:rsidRPr="00057A1B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567A798" w14:textId="77777777" w:rsidR="004C51F8" w:rsidRDefault="004C51F8" w:rsidP="004C51F8">
            <w:r>
              <w:rPr>
                <w:sz w:val="12"/>
              </w:rPr>
              <w:t>______</w:t>
            </w:r>
          </w:p>
        </w:tc>
        <w:tc>
          <w:tcPr>
            <w:tcW w:w="14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4952072" w14:textId="77777777" w:rsidR="004C51F8" w:rsidRDefault="004C51F8" w:rsidP="004C51F8">
            <w:r>
              <w:rPr>
                <w:sz w:val="12"/>
              </w:rPr>
              <w:t>______</w:t>
            </w:r>
          </w:p>
        </w:tc>
        <w:tc>
          <w:tcPr>
            <w:tcW w:w="20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80AB864" w14:textId="54228728" w:rsidR="004C51F8" w:rsidRDefault="004C51F8" w:rsidP="004C51F8">
            <w:r>
              <w:rPr>
                <w:sz w:val="12"/>
              </w:rPr>
              <w:t>Próprio</w:t>
            </w:r>
          </w:p>
        </w:tc>
      </w:tr>
      <w:tr w:rsidR="004C51F8" w14:paraId="1E66E0BA" w14:textId="77777777" w:rsidTr="00D931E5">
        <w:trPr>
          <w:trHeight w:val="345"/>
          <w:jc w:val="center"/>
        </w:trPr>
        <w:tc>
          <w:tcPr>
            <w:tcW w:w="299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56219E3" w14:textId="77777777" w:rsidR="004C51F8" w:rsidRPr="00C877BF" w:rsidRDefault="004C51F8" w:rsidP="004C51F8">
            <w:pPr>
              <w:rPr>
                <w:sz w:val="22"/>
              </w:rPr>
            </w:pPr>
            <w:r w:rsidRPr="00C877BF">
              <w:rPr>
                <w:sz w:val="22"/>
              </w:rPr>
              <w:t>GAECO</w:t>
            </w:r>
          </w:p>
        </w:tc>
        <w:tc>
          <w:tcPr>
            <w:tcW w:w="388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F87CF57" w14:textId="77777777" w:rsidR="004C51F8" w:rsidRPr="00C877BF" w:rsidRDefault="004C51F8" w:rsidP="004C51F8">
            <w:pPr>
              <w:rPr>
                <w:sz w:val="22"/>
              </w:rPr>
            </w:pPr>
            <w:r w:rsidRPr="00C877BF">
              <w:rPr>
                <w:sz w:val="22"/>
              </w:rPr>
              <w:t>Av. Humberto Mendes, nº ___</w:t>
            </w:r>
          </w:p>
        </w:tc>
        <w:tc>
          <w:tcPr>
            <w:tcW w:w="1680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82A0715" w14:textId="77777777" w:rsidR="004C51F8" w:rsidRPr="00C877BF" w:rsidRDefault="004C51F8" w:rsidP="004C51F8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57020-580</w:t>
            </w:r>
          </w:p>
        </w:tc>
        <w:tc>
          <w:tcPr>
            <w:tcW w:w="1352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5F5E9F99" w14:textId="58262DC1" w:rsidR="004C51F8" w:rsidRDefault="004C51F8" w:rsidP="004C51F8">
            <w:r w:rsidRPr="00057A1B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C1D8ACC" w14:textId="77777777" w:rsidR="004C51F8" w:rsidRDefault="004C51F8" w:rsidP="004C51F8">
            <w:r>
              <w:rPr>
                <w:sz w:val="12"/>
              </w:rPr>
              <w:t>______</w:t>
            </w:r>
          </w:p>
        </w:tc>
        <w:tc>
          <w:tcPr>
            <w:tcW w:w="14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4628243" w14:textId="77777777" w:rsidR="004C51F8" w:rsidRDefault="004C51F8" w:rsidP="004C51F8">
            <w:r>
              <w:rPr>
                <w:sz w:val="12"/>
              </w:rPr>
              <w:t>______</w:t>
            </w:r>
          </w:p>
        </w:tc>
        <w:tc>
          <w:tcPr>
            <w:tcW w:w="2078" w:type="dxa"/>
            <w:shd w:val="clear" w:color="auto" w:fill="F2F6F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22C091F" w14:textId="2F62143C" w:rsidR="004C51F8" w:rsidRDefault="004C51F8" w:rsidP="004C51F8">
            <w:r>
              <w:rPr>
                <w:sz w:val="12"/>
              </w:rPr>
              <w:t>Próprio</w:t>
            </w:r>
          </w:p>
        </w:tc>
      </w:tr>
      <w:tr w:rsidR="00851922" w14:paraId="058165F7" w14:textId="77777777" w:rsidTr="00D931E5">
        <w:trPr>
          <w:trHeight w:val="345"/>
          <w:jc w:val="center"/>
        </w:trPr>
        <w:tc>
          <w:tcPr>
            <w:tcW w:w="299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E54934D" w14:textId="5A64154B" w:rsidR="00851922" w:rsidRPr="00C877BF" w:rsidRDefault="00851922" w:rsidP="00851922">
            <w:pPr>
              <w:rPr>
                <w:sz w:val="22"/>
              </w:rPr>
            </w:pPr>
            <w:r>
              <w:rPr>
                <w:sz w:val="22"/>
              </w:rPr>
              <w:t>Promotorias de Justiça da Capital</w:t>
            </w:r>
          </w:p>
        </w:tc>
        <w:tc>
          <w:tcPr>
            <w:tcW w:w="388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DA3E7BB" w14:textId="79F2C2BE" w:rsidR="00851922" w:rsidRPr="00851922" w:rsidRDefault="00851922" w:rsidP="00851922">
            <w:pPr>
              <w:rPr>
                <w:sz w:val="22"/>
              </w:rPr>
            </w:pPr>
            <w:r>
              <w:rPr>
                <w:sz w:val="22"/>
              </w:rPr>
              <w:t>Av. Juca Sampaio, 3362 – Barro Duro</w:t>
            </w:r>
          </w:p>
        </w:tc>
        <w:tc>
          <w:tcPr>
            <w:tcW w:w="168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3FDED51" w14:textId="4E7DA5AD" w:rsidR="00851922" w:rsidRPr="00C877BF" w:rsidRDefault="00851922" w:rsidP="00851922">
            <w:pPr>
              <w:jc w:val="center"/>
              <w:rPr>
                <w:sz w:val="22"/>
              </w:rPr>
            </w:pPr>
            <w:r>
              <w:rPr>
                <w:sz w:val="22"/>
              </w:rPr>
              <w:t>57046-242</w:t>
            </w:r>
          </w:p>
        </w:tc>
        <w:tc>
          <w:tcPr>
            <w:tcW w:w="1352" w:type="dx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7F8603FB" w14:textId="436093AB" w:rsidR="00851922" w:rsidRPr="00057A1B" w:rsidRDefault="00851922" w:rsidP="00851922">
            <w:pPr>
              <w:rPr>
                <w:color w:val="0563C1"/>
                <w:sz w:val="12"/>
                <w:u w:val="single"/>
              </w:rPr>
            </w:pPr>
            <w:r w:rsidRPr="00057A1B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3539FEE" w14:textId="6B0DE647" w:rsidR="00851922" w:rsidRDefault="00851922" w:rsidP="00851922">
            <w:pPr>
              <w:rPr>
                <w:sz w:val="12"/>
              </w:rPr>
            </w:pPr>
            <w:r>
              <w:rPr>
                <w:sz w:val="12"/>
              </w:rPr>
              <w:t>______</w:t>
            </w:r>
          </w:p>
        </w:tc>
        <w:tc>
          <w:tcPr>
            <w:tcW w:w="14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A2B4F18" w14:textId="0F4825DC" w:rsidR="00851922" w:rsidRDefault="00851922" w:rsidP="00851922">
            <w:pPr>
              <w:rPr>
                <w:sz w:val="12"/>
              </w:rPr>
            </w:pPr>
            <w:r>
              <w:rPr>
                <w:sz w:val="12"/>
              </w:rPr>
              <w:t>______</w:t>
            </w:r>
          </w:p>
        </w:tc>
        <w:tc>
          <w:tcPr>
            <w:tcW w:w="20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A861931" w14:textId="5DE12A55" w:rsidR="00851922" w:rsidRDefault="00851922" w:rsidP="00851922">
            <w:pPr>
              <w:rPr>
                <w:sz w:val="12"/>
              </w:rPr>
            </w:pPr>
            <w:r>
              <w:rPr>
                <w:sz w:val="12"/>
              </w:rPr>
              <w:t>Próprio</w:t>
            </w:r>
          </w:p>
        </w:tc>
      </w:tr>
      <w:tr w:rsidR="00851922" w14:paraId="6C30D1F6" w14:textId="77777777" w:rsidTr="00D931E5">
        <w:trPr>
          <w:trHeight w:val="345"/>
          <w:jc w:val="center"/>
        </w:trPr>
        <w:tc>
          <w:tcPr>
            <w:tcW w:w="299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588A6F8" w14:textId="2555CD11" w:rsidR="00851922" w:rsidRPr="00C877BF" w:rsidRDefault="00851922" w:rsidP="00851922">
            <w:pPr>
              <w:rPr>
                <w:sz w:val="22"/>
              </w:rPr>
            </w:pPr>
            <w:r>
              <w:rPr>
                <w:sz w:val="22"/>
              </w:rPr>
              <w:t>GAESF</w:t>
            </w:r>
          </w:p>
        </w:tc>
        <w:tc>
          <w:tcPr>
            <w:tcW w:w="388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67A52E7" w14:textId="612CEFD7" w:rsidR="00851922" w:rsidRPr="00C877BF" w:rsidRDefault="00851922" w:rsidP="00851922">
            <w:pPr>
              <w:rPr>
                <w:sz w:val="22"/>
              </w:rPr>
            </w:pPr>
            <w:r>
              <w:rPr>
                <w:sz w:val="22"/>
              </w:rPr>
              <w:t xml:space="preserve">Rod. AL 101, KM 3,5 – Jacarecica </w:t>
            </w:r>
          </w:p>
        </w:tc>
        <w:tc>
          <w:tcPr>
            <w:tcW w:w="168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DCB6DD0" w14:textId="21F1150E" w:rsidR="00851922" w:rsidRPr="00C877BF" w:rsidRDefault="00851922" w:rsidP="00851922">
            <w:pPr>
              <w:jc w:val="center"/>
              <w:rPr>
                <w:sz w:val="22"/>
              </w:rPr>
            </w:pPr>
            <w:r>
              <w:rPr>
                <w:sz w:val="22"/>
              </w:rPr>
              <w:t>57033-370</w:t>
            </w:r>
          </w:p>
        </w:tc>
        <w:tc>
          <w:tcPr>
            <w:tcW w:w="1352" w:type="dx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1040B52F" w14:textId="21A15896" w:rsidR="00851922" w:rsidRPr="00057A1B" w:rsidRDefault="00851922" w:rsidP="00851922">
            <w:pPr>
              <w:rPr>
                <w:color w:val="0563C1"/>
                <w:sz w:val="12"/>
                <w:u w:val="single"/>
              </w:rPr>
            </w:pPr>
            <w:r w:rsidRPr="0096283E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D737FC7" w14:textId="45D02C1D" w:rsidR="00851922" w:rsidRDefault="00851922" w:rsidP="00851922">
            <w:pPr>
              <w:rPr>
                <w:sz w:val="12"/>
              </w:rPr>
            </w:pPr>
            <w:r>
              <w:rPr>
                <w:sz w:val="12"/>
              </w:rPr>
              <w:t>______</w:t>
            </w:r>
          </w:p>
        </w:tc>
        <w:tc>
          <w:tcPr>
            <w:tcW w:w="14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2F9B581" w14:textId="5E392229" w:rsidR="00851922" w:rsidRDefault="00851922" w:rsidP="00851922">
            <w:pPr>
              <w:rPr>
                <w:sz w:val="12"/>
              </w:rPr>
            </w:pPr>
            <w:r>
              <w:rPr>
                <w:sz w:val="12"/>
              </w:rPr>
              <w:t>______</w:t>
            </w:r>
          </w:p>
        </w:tc>
        <w:tc>
          <w:tcPr>
            <w:tcW w:w="20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0B50940" w14:textId="50E05FA0" w:rsidR="00851922" w:rsidRDefault="00851922" w:rsidP="00851922">
            <w:pPr>
              <w:rPr>
                <w:sz w:val="12"/>
              </w:rPr>
            </w:pPr>
            <w:r>
              <w:rPr>
                <w:sz w:val="12"/>
              </w:rPr>
              <w:t>Cedido</w:t>
            </w:r>
          </w:p>
        </w:tc>
      </w:tr>
      <w:tr w:rsidR="00851922" w14:paraId="44CD83C8" w14:textId="77777777" w:rsidTr="00D931E5">
        <w:trPr>
          <w:trHeight w:val="345"/>
          <w:jc w:val="center"/>
        </w:trPr>
        <w:tc>
          <w:tcPr>
            <w:tcW w:w="299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BC7F9CA" w14:textId="77777777" w:rsidR="00851922" w:rsidRPr="00C877BF" w:rsidRDefault="00851922" w:rsidP="00851922">
            <w:pPr>
              <w:rPr>
                <w:sz w:val="22"/>
              </w:rPr>
            </w:pPr>
            <w:r w:rsidRPr="00C877BF">
              <w:rPr>
                <w:sz w:val="22"/>
              </w:rPr>
              <w:t>Depósito</w:t>
            </w:r>
          </w:p>
        </w:tc>
        <w:tc>
          <w:tcPr>
            <w:tcW w:w="388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1C69964" w14:textId="77777777" w:rsidR="00851922" w:rsidRPr="00C877BF" w:rsidRDefault="00851922" w:rsidP="00851922">
            <w:pPr>
              <w:rPr>
                <w:sz w:val="22"/>
              </w:rPr>
            </w:pPr>
            <w:r w:rsidRPr="00C877BF">
              <w:rPr>
                <w:sz w:val="22"/>
              </w:rPr>
              <w:t>Rua Recife, nº 144</w:t>
            </w:r>
          </w:p>
        </w:tc>
        <w:tc>
          <w:tcPr>
            <w:tcW w:w="168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AF77774" w14:textId="77777777" w:rsidR="00851922" w:rsidRPr="00C877BF" w:rsidRDefault="00851922" w:rsidP="00851922">
            <w:pPr>
              <w:jc w:val="center"/>
              <w:rPr>
                <w:sz w:val="22"/>
              </w:rPr>
            </w:pPr>
            <w:r w:rsidRPr="00C877BF">
              <w:rPr>
                <w:sz w:val="22"/>
              </w:rPr>
              <w:t>57025-380</w:t>
            </w:r>
          </w:p>
        </w:tc>
        <w:tc>
          <w:tcPr>
            <w:tcW w:w="1352" w:type="dxa"/>
            <w:tcMar>
              <w:top w:w="35" w:type="dxa"/>
              <w:left w:w="45" w:type="dxa"/>
              <w:bottom w:w="35" w:type="dxa"/>
              <w:right w:w="45" w:type="dxa"/>
            </w:tcMar>
          </w:tcPr>
          <w:p w14:paraId="32AE8D29" w14:textId="2615F992" w:rsidR="00851922" w:rsidRDefault="00851922" w:rsidP="00851922">
            <w:r w:rsidRPr="00057A1B">
              <w:rPr>
                <w:color w:val="0563C1"/>
                <w:sz w:val="12"/>
                <w:u w:val="single"/>
              </w:rPr>
              <w:t>Em Andamento</w:t>
            </w:r>
          </w:p>
        </w:tc>
        <w:tc>
          <w:tcPr>
            <w:tcW w:w="855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D6A26A6" w14:textId="77777777" w:rsidR="00851922" w:rsidRDefault="00851922" w:rsidP="00851922">
            <w:r>
              <w:rPr>
                <w:sz w:val="12"/>
              </w:rPr>
              <w:t>______</w:t>
            </w:r>
          </w:p>
        </w:tc>
        <w:tc>
          <w:tcPr>
            <w:tcW w:w="14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C599675" w14:textId="77777777" w:rsidR="00851922" w:rsidRDefault="00851922" w:rsidP="00851922">
            <w:r>
              <w:rPr>
                <w:sz w:val="12"/>
              </w:rPr>
              <w:t>______</w:t>
            </w:r>
          </w:p>
        </w:tc>
        <w:tc>
          <w:tcPr>
            <w:tcW w:w="2078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3EDCC90" w14:textId="17B4C181" w:rsidR="00851922" w:rsidRDefault="00851922" w:rsidP="00851922">
            <w:r>
              <w:rPr>
                <w:sz w:val="12"/>
              </w:rPr>
              <w:t>Próprio</w:t>
            </w:r>
          </w:p>
        </w:tc>
      </w:tr>
    </w:tbl>
    <w:p w14:paraId="52BA2124" w14:textId="67E0F895" w:rsidR="008E2BB7" w:rsidRDefault="008E2BB7">
      <w:pPr>
        <w:spacing w:before="40"/>
      </w:pPr>
    </w:p>
    <w:p w14:paraId="295E1AC7" w14:textId="77777777" w:rsidR="00D931E5" w:rsidRDefault="00D931E5">
      <w:pPr>
        <w:spacing w:before="40"/>
      </w:pPr>
    </w:p>
    <w:p w14:paraId="28AA95F9" w14:textId="343FA7C4" w:rsidR="00D931E5" w:rsidRDefault="00D931E5">
      <w:pPr>
        <w:spacing w:before="40"/>
      </w:pPr>
      <w:r>
        <w:t>Data de atualização : 05/10/2026</w:t>
      </w:r>
    </w:p>
    <w:sectPr w:rsidR="00D931E5" w:rsidSect="00034616">
      <w:headerReference w:type="default" r:id="rId11"/>
      <w:footerReference w:type="default" r:id="rId12"/>
      <w:pgSz w:w="16834" w:h="11909" w:orient="landscape"/>
      <w:pgMar w:top="490" w:right="461" w:bottom="490" w:left="46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A484A" w14:textId="77777777" w:rsidR="007A5F2E" w:rsidRDefault="007A5F2E">
      <w:pPr>
        <w:spacing w:after="0" w:line="240" w:lineRule="auto"/>
      </w:pPr>
      <w:r>
        <w:separator/>
      </w:r>
    </w:p>
  </w:endnote>
  <w:endnote w:type="continuationSeparator" w:id="0">
    <w:p w14:paraId="1F2A09DD" w14:textId="77777777" w:rsidR="007A5F2E" w:rsidRDefault="007A5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969E2" w14:textId="40D33B6A" w:rsidR="008E2BB7" w:rsidRDefault="008E2BB7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158B7" w14:textId="77777777" w:rsidR="007A5F2E" w:rsidRDefault="007A5F2E">
      <w:pPr>
        <w:spacing w:after="0" w:line="240" w:lineRule="auto"/>
      </w:pPr>
      <w:r>
        <w:separator/>
      </w:r>
    </w:p>
  </w:footnote>
  <w:footnote w:type="continuationSeparator" w:id="0">
    <w:p w14:paraId="65461CBF" w14:textId="77777777" w:rsidR="007A5F2E" w:rsidRDefault="007A5F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631AC" w14:textId="12DB4989" w:rsidR="00C877BF" w:rsidRPr="00C877BF" w:rsidRDefault="00C877BF">
    <w:pPr>
      <w:pStyle w:val="Cabealho"/>
      <w:rPr>
        <w:lang w:val="pt-BR"/>
      </w:rPr>
    </w:pPr>
    <w:r>
      <w:rPr>
        <w:lang w:val="pt-BR"/>
      </w:rPr>
      <w:tab/>
    </w:r>
    <w:r>
      <w:rPr>
        <w:lang w:val="pt-BR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14B0FF3"/>
    <w:multiLevelType w:val="hybridMultilevel"/>
    <w:tmpl w:val="6B0C2B7A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9928920">
    <w:abstractNumId w:val="8"/>
  </w:num>
  <w:num w:numId="2" w16cid:durableId="1860973140">
    <w:abstractNumId w:val="6"/>
  </w:num>
  <w:num w:numId="3" w16cid:durableId="1318338411">
    <w:abstractNumId w:val="5"/>
  </w:num>
  <w:num w:numId="4" w16cid:durableId="111369863">
    <w:abstractNumId w:val="4"/>
  </w:num>
  <w:num w:numId="5" w16cid:durableId="585727497">
    <w:abstractNumId w:val="7"/>
  </w:num>
  <w:num w:numId="6" w16cid:durableId="1033268876">
    <w:abstractNumId w:val="3"/>
  </w:num>
  <w:num w:numId="7" w16cid:durableId="48723876">
    <w:abstractNumId w:val="2"/>
  </w:num>
  <w:num w:numId="8" w16cid:durableId="1270817313">
    <w:abstractNumId w:val="1"/>
  </w:num>
  <w:num w:numId="9" w16cid:durableId="261302213">
    <w:abstractNumId w:val="0"/>
  </w:num>
  <w:num w:numId="10" w16cid:durableId="209115438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791E"/>
    <w:rsid w:val="001114C4"/>
    <w:rsid w:val="0015074B"/>
    <w:rsid w:val="0015618C"/>
    <w:rsid w:val="00234853"/>
    <w:rsid w:val="00295B97"/>
    <w:rsid w:val="0029639D"/>
    <w:rsid w:val="00326F90"/>
    <w:rsid w:val="003C4FEA"/>
    <w:rsid w:val="004C51F8"/>
    <w:rsid w:val="0051389E"/>
    <w:rsid w:val="00570F2A"/>
    <w:rsid w:val="006904A7"/>
    <w:rsid w:val="007A5F2E"/>
    <w:rsid w:val="00851922"/>
    <w:rsid w:val="008E2BB7"/>
    <w:rsid w:val="00AA1D8D"/>
    <w:rsid w:val="00AE58EE"/>
    <w:rsid w:val="00B47730"/>
    <w:rsid w:val="00C3023F"/>
    <w:rsid w:val="00C877BF"/>
    <w:rsid w:val="00CB0664"/>
    <w:rsid w:val="00CB0F46"/>
    <w:rsid w:val="00D931E5"/>
    <w:rsid w:val="00DA16C9"/>
    <w:rsid w:val="00E8164C"/>
    <w:rsid w:val="00FC693F"/>
    <w:rsid w:val="00FF0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8E92E8"/>
  <w14:defaultImageDpi w14:val="300"/>
  <w15:docId w15:val="{8F528F4C-20EE-45F4-80AF-108071263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6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Fontepargpadro"/>
    <w:uiPriority w:val="99"/>
    <w:unhideWhenUsed/>
    <w:rsid w:val="00FF0FE6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F0F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_eNOiqIO6uBikRNHt47gEeNramwoAEGR/view?usp=drive_lin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drive.google.com/file/d/11o1J_xltNTaM3zWJNP_7a36Mj-SYaRrq/view?usp=drive_lin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NqE21iU-Gjxuqwcj3acYb_K-0-exA5GV/view?usp=drive_lin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537</Words>
  <Characters>2901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Modelo de Controle de Imóveis - CEPs preenchidos</vt:lpstr>
      <vt:lpstr/>
    </vt:vector>
  </TitlesOfParts>
  <Manager/>
  <Company/>
  <LinksUpToDate>false</LinksUpToDate>
  <CharactersWithSpaces>3432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Controle de Imóveis - CEPs preenchidos</dc:title>
  <dc:subject>Tabela organizada com CEPs pesquisados e campos de documentação</dc:subject>
  <dc:creator>OpenAI</dc:creator>
  <cp:keywords>imóveis, promotorias, CEP, controle patrimonial, documentação, modelo</cp:keywords>
  <dc:description>generated by python-docx</dc:description>
  <cp:lastModifiedBy>Ranulfo Paes</cp:lastModifiedBy>
  <cp:revision>4</cp:revision>
  <cp:lastPrinted>2026-10-02T14:08:00Z</cp:lastPrinted>
  <dcterms:created xsi:type="dcterms:W3CDTF">2026-10-02T12:42:00Z</dcterms:created>
  <dcterms:modified xsi:type="dcterms:W3CDTF">2026-10-05T14:38:00Z</dcterms:modified>
  <cp:category/>
</cp:coreProperties>
</file>